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8AB23" w14:textId="77777777" w:rsidR="00A54FC7" w:rsidRDefault="00A54FC7">
      <w:pPr>
        <w:spacing w:after="0" w:line="259" w:lineRule="auto"/>
        <w:jc w:val="center"/>
        <w:rPr>
          <w:rFonts w:ascii="Calibri" w:eastAsia="Calibri" w:hAnsi="Calibri" w:cs="Calibri"/>
          <w:b/>
          <w:bCs/>
        </w:rPr>
      </w:pPr>
    </w:p>
    <w:p w14:paraId="34641081" w14:textId="312D3576" w:rsidR="008B7D31" w:rsidRDefault="00000000">
      <w:pPr>
        <w:spacing w:after="0" w:line="259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POLSKI KLUB WYSOKOGÓRSKI SZWAJCARIA</w:t>
      </w:r>
    </w:p>
    <w:p w14:paraId="2B5E3B7C" w14:textId="7AA89A1D" w:rsidR="008B7D31" w:rsidRDefault="00000000" w:rsidP="00A54FC7">
      <w:pPr>
        <w:spacing w:after="0" w:line="259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FORMULARZ CZŁONKOWSKI</w:t>
      </w:r>
    </w:p>
    <w:p w14:paraId="591CC037" w14:textId="77777777" w:rsidR="008B7D31" w:rsidRDefault="00000000">
      <w:pPr>
        <w:pStyle w:val="Heading1"/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I. Dane osobowe</w:t>
      </w:r>
    </w:p>
    <w:p w14:paraId="3F06D25A" w14:textId="77777777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Imię i nazwisko:</w:t>
      </w:r>
    </w:p>
    <w:p w14:paraId="03C08E68" w14:textId="77777777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urodzenia: </w:t>
      </w:r>
    </w:p>
    <w:p w14:paraId="0D23D8BE" w14:textId="77777777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Adres e-mail: </w:t>
      </w:r>
    </w:p>
    <w:p w14:paraId="333EA3E7" w14:textId="77777777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Numer telefonu: </w:t>
      </w:r>
    </w:p>
    <w:p w14:paraId="05229536" w14:textId="68E8E816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Miejscowość / Kanton / Kraj: </w:t>
      </w:r>
    </w:p>
    <w:p w14:paraId="1AC2E640" w14:textId="77777777" w:rsidR="008B7D31" w:rsidRDefault="00000000">
      <w:pPr>
        <w:pStyle w:val="Heading1"/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II. Ukończone kursy (proszę zaznaczyć właściwe)</w:t>
      </w:r>
    </w:p>
    <w:tbl>
      <w:tblPr>
        <w:tblStyle w:val="TableGrid"/>
        <w:tblW w:w="10773" w:type="dxa"/>
        <w:tblLook w:val="04A0" w:firstRow="1" w:lastRow="0" w:firstColumn="1" w:lastColumn="0" w:noHBand="0" w:noVBand="1"/>
      </w:tblPr>
      <w:tblGrid>
        <w:gridCol w:w="4981"/>
        <w:gridCol w:w="2249"/>
        <w:gridCol w:w="3543"/>
      </w:tblGrid>
      <w:tr w:rsidR="00E3766E" w:rsidRPr="0054289D" w14:paraId="2857EDCF" w14:textId="77777777" w:rsidTr="007011EB">
        <w:tc>
          <w:tcPr>
            <w:tcW w:w="4981" w:type="dxa"/>
          </w:tcPr>
          <w:p w14:paraId="15C681FC" w14:textId="0736FF34" w:rsidR="00E3766E" w:rsidRPr="00E3766E" w:rsidRDefault="00E3766E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2249" w:type="dxa"/>
          </w:tcPr>
          <w:p w14:paraId="7B755EE2" w14:textId="1E788C26" w:rsidR="00E3766E" w:rsidRDefault="003D46F2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  <w:t>Data ukończenia</w:t>
            </w:r>
          </w:p>
        </w:tc>
        <w:tc>
          <w:tcPr>
            <w:tcW w:w="3543" w:type="dxa"/>
          </w:tcPr>
          <w:p w14:paraId="60C60919" w14:textId="09E809CE" w:rsidR="00E3766E" w:rsidRDefault="003D46F2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Szkoła/Instruktor</w:t>
            </w:r>
          </w:p>
        </w:tc>
      </w:tr>
      <w:tr w:rsidR="003D46F2" w:rsidRPr="0054289D" w14:paraId="67E514B5" w14:textId="77777777" w:rsidTr="007011EB">
        <w:tc>
          <w:tcPr>
            <w:tcW w:w="4981" w:type="dxa"/>
          </w:tcPr>
          <w:p w14:paraId="36CB6107" w14:textId="77777777" w:rsidR="003D46F2" w:rsidRDefault="00000000" w:rsidP="003D46F2">
            <w:pPr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6210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6F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D46F2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6-dniowy kurs wspinaczki skałkowej (pełny, według </w:t>
            </w:r>
            <w:r w:rsidR="003D46F2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   </w:t>
            </w:r>
          </w:p>
          <w:p w14:paraId="1F7C581E" w14:textId="33560CD4" w:rsidR="003D46F2" w:rsidRDefault="003D46F2" w:rsidP="003D46F2">
            <w:pPr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programu PZA ze skierowaniem na kurs taternicki)</w:t>
            </w:r>
          </w:p>
        </w:tc>
        <w:tc>
          <w:tcPr>
            <w:tcW w:w="2249" w:type="dxa"/>
          </w:tcPr>
          <w:p w14:paraId="004D4594" w14:textId="77777777" w:rsidR="003D46F2" w:rsidRDefault="003D46F2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2F72F31B" w14:textId="77777777" w:rsidR="003D46F2" w:rsidRDefault="003D46F2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3B0CCA99" w14:textId="77777777" w:rsidTr="007011EB">
        <w:tc>
          <w:tcPr>
            <w:tcW w:w="4981" w:type="dxa"/>
          </w:tcPr>
          <w:p w14:paraId="1E96DF26" w14:textId="77777777" w:rsidR="00E3766E" w:rsidRDefault="00000000" w:rsidP="00E3766E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1231308062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5265630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4-dniowy kurs wspinaczki skałkowej </w:t>
            </w:r>
          </w:p>
          <w:p w14:paraId="504ADCFD" w14:textId="745DBE01" w:rsidR="00E3766E" w:rsidRPr="00E3766E" w:rsidRDefault="00E3766E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(według programu PZA)</w:t>
            </w:r>
          </w:p>
        </w:tc>
        <w:tc>
          <w:tcPr>
            <w:tcW w:w="2249" w:type="dxa"/>
          </w:tcPr>
          <w:p w14:paraId="630CB7FD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79FB5C31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5BD8D2EE" w14:textId="77777777" w:rsidTr="007011EB">
        <w:tc>
          <w:tcPr>
            <w:tcW w:w="4981" w:type="dxa"/>
          </w:tcPr>
          <w:p w14:paraId="6834F2DE" w14:textId="77777777" w:rsidR="00E3766E" w:rsidRDefault="00000000" w:rsidP="00E3766E">
            <w:pPr>
              <w:ind w:left="34" w:hanging="34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88953796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6090894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wspinaczki wielowyciągowej po drogach</w:t>
            </w:r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</w:t>
            </w:r>
          </w:p>
          <w:p w14:paraId="74C520BA" w14:textId="4108B600" w:rsidR="00E3766E" w:rsidRPr="00E3766E" w:rsidRDefault="00E3766E" w:rsidP="00E3766E">
            <w:pPr>
              <w:ind w:left="34" w:hanging="34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ubezpieczonych</w:t>
            </w:r>
          </w:p>
        </w:tc>
        <w:tc>
          <w:tcPr>
            <w:tcW w:w="2249" w:type="dxa"/>
          </w:tcPr>
          <w:p w14:paraId="498574E8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1FE2D382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765F3793" w14:textId="77777777" w:rsidTr="007011EB">
        <w:tc>
          <w:tcPr>
            <w:tcW w:w="4981" w:type="dxa"/>
          </w:tcPr>
          <w:p w14:paraId="092524C6" w14:textId="77777777" w:rsidR="00E3766E" w:rsidRDefault="00000000" w:rsidP="00E3766E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615245788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17023892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wspinaczki tradycyjnej </w:t>
            </w:r>
          </w:p>
          <w:p w14:paraId="334CCF6E" w14:textId="388657E5" w:rsidR="00E3766E" w:rsidRPr="00E3766E" w:rsidRDefault="00E3766E" w:rsidP="00E3766E">
            <w:pPr>
              <w:spacing w:after="80"/>
              <w:ind w:left="318" w:hanging="318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(kurs </w:t>
            </w:r>
            <w:proofErr w:type="spellStart"/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tradowy</w:t>
            </w:r>
            <w:proofErr w:type="spellEnd"/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, kurs na własnej asekuracji)</w:t>
            </w:r>
          </w:p>
        </w:tc>
        <w:tc>
          <w:tcPr>
            <w:tcW w:w="2249" w:type="dxa"/>
          </w:tcPr>
          <w:p w14:paraId="24BE82CF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3BACFC7E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0999E810" w14:textId="77777777" w:rsidTr="007011EB">
        <w:tc>
          <w:tcPr>
            <w:tcW w:w="4981" w:type="dxa"/>
          </w:tcPr>
          <w:p w14:paraId="3DE3FF62" w14:textId="12050BD7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425658605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213166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taternicki letni (według programu PZA) </w:t>
            </w:r>
          </w:p>
        </w:tc>
        <w:tc>
          <w:tcPr>
            <w:tcW w:w="2249" w:type="dxa"/>
          </w:tcPr>
          <w:p w14:paraId="6EC92B8A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36983E47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5C94BC1C" w14:textId="77777777" w:rsidTr="007011EB">
        <w:tc>
          <w:tcPr>
            <w:tcW w:w="4981" w:type="dxa"/>
          </w:tcPr>
          <w:p w14:paraId="70685F1D" w14:textId="10E62CDA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994300738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985320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taternictwa jaskiniowego</w:t>
            </w:r>
          </w:p>
        </w:tc>
        <w:tc>
          <w:tcPr>
            <w:tcW w:w="2249" w:type="dxa"/>
          </w:tcPr>
          <w:p w14:paraId="6F15C94D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31D89339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520A8EE2" w14:textId="77777777" w:rsidTr="007011EB">
        <w:tc>
          <w:tcPr>
            <w:tcW w:w="4981" w:type="dxa"/>
          </w:tcPr>
          <w:p w14:paraId="041EC8AF" w14:textId="15769120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2107927475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392129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turystyki alpejskiej</w:t>
            </w:r>
          </w:p>
        </w:tc>
        <w:tc>
          <w:tcPr>
            <w:tcW w:w="2249" w:type="dxa"/>
          </w:tcPr>
          <w:p w14:paraId="2C05835E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6A8D83EA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561BE1EF" w14:textId="77777777" w:rsidTr="007011EB">
        <w:tc>
          <w:tcPr>
            <w:tcW w:w="4981" w:type="dxa"/>
          </w:tcPr>
          <w:p w14:paraId="7A185CFF" w14:textId="74CA02AA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021668179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13465504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zaawansowanej letniej </w:t>
            </w:r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turystyki wysokogórskiej</w:t>
            </w:r>
          </w:p>
        </w:tc>
        <w:tc>
          <w:tcPr>
            <w:tcW w:w="2249" w:type="dxa"/>
          </w:tcPr>
          <w:p w14:paraId="13B4AE3B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158CD033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2730F9A1" w14:textId="77777777" w:rsidTr="007011EB">
        <w:tc>
          <w:tcPr>
            <w:tcW w:w="4981" w:type="dxa"/>
          </w:tcPr>
          <w:p w14:paraId="06B76A84" w14:textId="33BCF427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43489290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35870773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lawinowy</w:t>
            </w:r>
          </w:p>
        </w:tc>
        <w:tc>
          <w:tcPr>
            <w:tcW w:w="2249" w:type="dxa"/>
          </w:tcPr>
          <w:p w14:paraId="457DF184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0BA72B33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6099CDC8" w14:textId="77777777" w:rsidTr="007011EB">
        <w:tc>
          <w:tcPr>
            <w:tcW w:w="4981" w:type="dxa"/>
          </w:tcPr>
          <w:p w14:paraId="770816A2" w14:textId="56BC9BD0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984149230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4922603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>
              <w:rPr>
                <w:rFonts w:asciiTheme="majorHAnsi" w:hAnsiTheme="majorHAnsi" w:cstheme="majorHAnsi"/>
                <w:sz w:val="20"/>
                <w:szCs w:val="20"/>
              </w:rPr>
              <w:t xml:space="preserve"> Kurs </w:t>
            </w:r>
            <w:proofErr w:type="spellStart"/>
            <w:r w:rsidR="00E3766E">
              <w:rPr>
                <w:rFonts w:asciiTheme="majorHAnsi" w:hAnsiTheme="majorHAnsi" w:cstheme="majorHAnsi"/>
                <w:sz w:val="20"/>
                <w:szCs w:val="20"/>
              </w:rPr>
              <w:t>skiturowy</w:t>
            </w:r>
            <w:proofErr w:type="spellEnd"/>
          </w:p>
        </w:tc>
        <w:tc>
          <w:tcPr>
            <w:tcW w:w="2249" w:type="dxa"/>
          </w:tcPr>
          <w:p w14:paraId="0C594C7A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58D78F1A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1ABEFBB8" w14:textId="77777777" w:rsidTr="007011EB">
        <w:tc>
          <w:tcPr>
            <w:tcW w:w="4981" w:type="dxa"/>
          </w:tcPr>
          <w:p w14:paraId="07785CBC" w14:textId="0697ED19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79959816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5989502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wspinaczki lodowej</w:t>
            </w:r>
          </w:p>
        </w:tc>
        <w:tc>
          <w:tcPr>
            <w:tcW w:w="2249" w:type="dxa"/>
          </w:tcPr>
          <w:p w14:paraId="2F8A3B11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6508B970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1CAFEC24" w14:textId="77777777" w:rsidTr="007011EB">
        <w:tc>
          <w:tcPr>
            <w:tcW w:w="4981" w:type="dxa"/>
          </w:tcPr>
          <w:p w14:paraId="25F85494" w14:textId="77777777" w:rsidR="00E3766E" w:rsidRDefault="00000000" w:rsidP="00E3766E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975790748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14739833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</w:t>
            </w:r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zimowej </w:t>
            </w:r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turystyki </w:t>
            </w:r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>wysokogórskiej</w:t>
            </w:r>
          </w:p>
          <w:p w14:paraId="2BCB8941" w14:textId="79C6436B" w:rsidR="00E3766E" w:rsidRPr="00E3766E" w:rsidRDefault="00E3766E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– podstawowy (według programu PZA)</w:t>
            </w:r>
          </w:p>
        </w:tc>
        <w:tc>
          <w:tcPr>
            <w:tcW w:w="2249" w:type="dxa"/>
          </w:tcPr>
          <w:p w14:paraId="3A5D3A10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25893B2D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5508BD83" w14:textId="77777777" w:rsidTr="007011EB">
        <w:tc>
          <w:tcPr>
            <w:tcW w:w="4981" w:type="dxa"/>
          </w:tcPr>
          <w:p w14:paraId="12EBB11E" w14:textId="77777777" w:rsidR="00E3766E" w:rsidRDefault="00000000" w:rsidP="00E3766E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1050227340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11047675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Kurs </w:t>
            </w:r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zimowej </w:t>
            </w:r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turystyki </w:t>
            </w:r>
            <w:r w:rsidR="00E3766E">
              <w:rPr>
                <w:rFonts w:asciiTheme="majorHAnsi" w:eastAsia="Calibri" w:hAnsiTheme="majorHAnsi" w:cstheme="majorHAnsi"/>
                <w:sz w:val="20"/>
                <w:szCs w:val="20"/>
              </w:rPr>
              <w:t>wysokogórskiej</w:t>
            </w:r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  <w:p w14:paraId="27075858" w14:textId="6C38F83F" w:rsidR="00E3766E" w:rsidRPr="00E3766E" w:rsidRDefault="00E3766E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   </w:t>
            </w:r>
            <w:r w:rsidRPr="0054289D">
              <w:rPr>
                <w:rFonts w:asciiTheme="majorHAnsi" w:eastAsia="Calibri" w:hAnsiTheme="majorHAnsi" w:cstheme="majorHAnsi"/>
                <w:sz w:val="20"/>
                <w:szCs w:val="20"/>
              </w:rPr>
              <w:t>– zaawansowany (według programu PZA)</w:t>
            </w:r>
          </w:p>
        </w:tc>
        <w:tc>
          <w:tcPr>
            <w:tcW w:w="2249" w:type="dxa"/>
          </w:tcPr>
          <w:p w14:paraId="5FD4EA6E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06325C39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7C593544" w14:textId="77777777" w:rsidTr="007011EB">
        <w:tc>
          <w:tcPr>
            <w:tcW w:w="4981" w:type="dxa"/>
          </w:tcPr>
          <w:p w14:paraId="4B5B3D61" w14:textId="73215DC7" w:rsidR="00E3766E" w:rsidRPr="00E3766E" w:rsidRDefault="00000000" w:rsidP="00A75166">
            <w:pPr>
              <w:rPr>
                <w:rFonts w:asciiTheme="majorHAnsi" w:eastAsia="Calibri" w:hAnsiTheme="majorHAnsi" w:cstheme="majorHAnsi"/>
                <w:sz w:val="20"/>
                <w:szCs w:val="20"/>
                <w:lang w:val="pl-PL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1383556672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13658218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0D7639">
              <w:rPr>
                <w:rFonts w:asciiTheme="majorHAnsi" w:eastAsia="Calibri" w:hAnsiTheme="majorHAnsi" w:cstheme="majorHAnsi"/>
                <w:sz w:val="20"/>
                <w:szCs w:val="20"/>
                <w:lang w:val="pl-PL"/>
              </w:rPr>
              <w:t xml:space="preserve"> Kurs taternicki zimowy</w:t>
            </w:r>
          </w:p>
        </w:tc>
        <w:tc>
          <w:tcPr>
            <w:tcW w:w="2249" w:type="dxa"/>
          </w:tcPr>
          <w:p w14:paraId="064E9692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0FF31AD6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210C0BFA" w14:textId="77777777" w:rsidTr="007011EB">
        <w:tc>
          <w:tcPr>
            <w:tcW w:w="4981" w:type="dxa"/>
          </w:tcPr>
          <w:p w14:paraId="055D7462" w14:textId="1D4911D6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26550862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111040237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Calibri" w:hAnsiTheme="majorHAnsi" w:cstheme="majorHAnsi"/>
                <w:sz w:val="20"/>
                <w:szCs w:val="20"/>
                <w:lang w:val="de-DE"/>
              </w:rPr>
              <w:t xml:space="preserve"> Einführungskurs Sportklettern (SAC)</w:t>
            </w:r>
          </w:p>
        </w:tc>
        <w:tc>
          <w:tcPr>
            <w:tcW w:w="2249" w:type="dxa"/>
          </w:tcPr>
          <w:p w14:paraId="6D467EAF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4476EA6C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54289D" w14:paraId="33AD9847" w14:textId="77777777" w:rsidTr="007011EB">
        <w:tc>
          <w:tcPr>
            <w:tcW w:w="4981" w:type="dxa"/>
          </w:tcPr>
          <w:p w14:paraId="6C077495" w14:textId="10D27D28" w:rsidR="00E3766E" w:rsidRPr="00E3766E" w:rsidRDefault="00000000" w:rsidP="00E3766E">
            <w:pPr>
              <w:spacing w:after="80"/>
              <w:rPr>
                <w:rFonts w:asciiTheme="majorHAnsi" w:eastAsia="Calibri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2130130433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6278236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Grundausbildungskurs Sportklettern (SAC)</w:t>
            </w:r>
          </w:p>
        </w:tc>
        <w:tc>
          <w:tcPr>
            <w:tcW w:w="2249" w:type="dxa"/>
          </w:tcPr>
          <w:p w14:paraId="751075C8" w14:textId="77777777" w:rsid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13836B07" w14:textId="77777777" w:rsid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3766E" w:rsidRPr="007011EB" w14:paraId="143C0C3D" w14:textId="77777777" w:rsidTr="007011EB">
        <w:tc>
          <w:tcPr>
            <w:tcW w:w="4981" w:type="dxa"/>
          </w:tcPr>
          <w:p w14:paraId="287FF49F" w14:textId="77777777" w:rsidR="00E3766E" w:rsidRDefault="00000000" w:rsidP="00E3766E">
            <w:pPr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311606110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20151147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Grundausbildungskurs Sportklettern: </w:t>
            </w:r>
          </w:p>
          <w:p w14:paraId="061F1317" w14:textId="34C8A045" w:rsidR="00E3766E" w:rsidRPr="00E3766E" w:rsidRDefault="00E3766E" w:rsidP="00E3766E">
            <w:pPr>
              <w:spacing w:after="80"/>
              <w:ind w:left="157"/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</w:pPr>
            <w:r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 </w:t>
            </w:r>
            <w:r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Mehrseillängen </w:t>
            </w:r>
            <w:proofErr w:type="spellStart"/>
            <w:r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>Plaisir</w:t>
            </w:r>
            <w:proofErr w:type="spellEnd"/>
            <w:r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(SAC)</w:t>
            </w:r>
          </w:p>
        </w:tc>
        <w:tc>
          <w:tcPr>
            <w:tcW w:w="2249" w:type="dxa"/>
          </w:tcPr>
          <w:p w14:paraId="712C0EDA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</w:tcPr>
          <w:p w14:paraId="4242B58F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</w:tr>
      <w:tr w:rsidR="00E3766E" w:rsidRPr="007011EB" w14:paraId="2E874991" w14:textId="77777777" w:rsidTr="007011EB">
        <w:tc>
          <w:tcPr>
            <w:tcW w:w="4981" w:type="dxa"/>
          </w:tcPr>
          <w:p w14:paraId="2CAC738C" w14:textId="166127A5" w:rsidR="00E3766E" w:rsidRPr="00E3766E" w:rsidRDefault="00000000" w:rsidP="00E3766E">
            <w:pPr>
              <w:spacing w:after="80"/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1514911115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-10667132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Fortbildungskurs Sportklettern: Mehrseillängen </w:t>
            </w:r>
            <w:proofErr w:type="spellStart"/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>Plaisir</w:t>
            </w:r>
            <w:proofErr w:type="spellEnd"/>
            <w:r w:rsidR="00E3766E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</w:t>
            </w:r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>(SAC)</w:t>
            </w:r>
          </w:p>
        </w:tc>
        <w:tc>
          <w:tcPr>
            <w:tcW w:w="2249" w:type="dxa"/>
          </w:tcPr>
          <w:p w14:paraId="6ED98F42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</w:tcPr>
          <w:p w14:paraId="2B59C92B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</w:tr>
      <w:tr w:rsidR="00E3766E" w:rsidRPr="00E3766E" w14:paraId="159C560D" w14:textId="77777777" w:rsidTr="007011EB">
        <w:tc>
          <w:tcPr>
            <w:tcW w:w="4981" w:type="dxa"/>
          </w:tcPr>
          <w:p w14:paraId="731A9A5F" w14:textId="6844CD2F" w:rsidR="00E3766E" w:rsidRPr="00E3766E" w:rsidRDefault="00000000" w:rsidP="00E3766E">
            <w:pPr>
              <w:spacing w:after="80"/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62237990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-8467794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eastAsia="Arial Unicode MS" w:hAnsiTheme="majorHAnsi" w:cstheme="majorHAnsi"/>
                <w:sz w:val="20"/>
                <w:szCs w:val="20"/>
                <w:lang w:val="de-DE"/>
              </w:rPr>
              <w:t xml:space="preserve"> Fortbildungskurs Sportklettern: Alpinklettern (SAC)</w:t>
            </w:r>
          </w:p>
        </w:tc>
        <w:tc>
          <w:tcPr>
            <w:tcW w:w="2249" w:type="dxa"/>
          </w:tcPr>
          <w:p w14:paraId="5EA12353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</w:tcPr>
          <w:p w14:paraId="66D507E2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</w:tr>
      <w:tr w:rsidR="00E3766E" w:rsidRPr="007011EB" w14:paraId="227DEFD9" w14:textId="77777777" w:rsidTr="007011EB">
        <w:tc>
          <w:tcPr>
            <w:tcW w:w="4981" w:type="dxa"/>
          </w:tcPr>
          <w:p w14:paraId="72294C9D" w14:textId="0D8C994C" w:rsidR="00E3766E" w:rsidRPr="00E3766E" w:rsidRDefault="00000000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223265157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-20982350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hAnsiTheme="majorHAnsi" w:cstheme="majorHAnsi"/>
                <w:sz w:val="20"/>
                <w:szCs w:val="20"/>
                <w:lang w:val="de-DE"/>
              </w:rPr>
              <w:t xml:space="preserve"> Grundausbildungskurs Fels und Eis (SAC)</w:t>
            </w:r>
          </w:p>
        </w:tc>
        <w:tc>
          <w:tcPr>
            <w:tcW w:w="2249" w:type="dxa"/>
          </w:tcPr>
          <w:p w14:paraId="356D0B1D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</w:tcPr>
          <w:p w14:paraId="3350168D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</w:tr>
      <w:tr w:rsidR="00E3766E" w:rsidRPr="007011EB" w14:paraId="24912197" w14:textId="77777777" w:rsidTr="007011EB">
        <w:tc>
          <w:tcPr>
            <w:tcW w:w="4981" w:type="dxa"/>
          </w:tcPr>
          <w:p w14:paraId="2EF20D0D" w14:textId="77777777" w:rsidR="00E3766E" w:rsidRPr="0054289D" w:rsidRDefault="00000000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03800922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  <w:lang w:val="de-DE"/>
                    </w:rPr>
                    <w:id w:val="5110300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 w:rsidRPr="000D7639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  <w:lang w:val="de-DE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hAnsiTheme="majorHAnsi" w:cstheme="majorHAnsi"/>
                <w:sz w:val="20"/>
                <w:szCs w:val="20"/>
                <w:lang w:val="de-DE"/>
              </w:rPr>
              <w:t xml:space="preserve"> Fortbildungskurs Fels und Eis (SAC)</w:t>
            </w:r>
          </w:p>
          <w:p w14:paraId="73300940" w14:textId="77777777" w:rsidR="00E3766E" w:rsidRPr="00E3766E" w:rsidRDefault="00E3766E" w:rsidP="00A75166">
            <w:pPr>
              <w:contextualSpacing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2249" w:type="dxa"/>
          </w:tcPr>
          <w:p w14:paraId="14DFD1BE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</w:tcPr>
          <w:p w14:paraId="697E124E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</w:p>
        </w:tc>
      </w:tr>
      <w:tr w:rsidR="00E3766E" w:rsidRPr="00E3766E" w14:paraId="507A797C" w14:textId="77777777" w:rsidTr="007011EB">
        <w:tc>
          <w:tcPr>
            <w:tcW w:w="4981" w:type="dxa"/>
          </w:tcPr>
          <w:p w14:paraId="6EC25CDE" w14:textId="2E2583CB" w:rsidR="00E3766E" w:rsidRPr="00E3766E" w:rsidRDefault="00000000" w:rsidP="00A75166">
            <w:pPr>
              <w:contextualSpacing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-90722523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19401005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3766E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E3766E" w:rsidRPr="0054289D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E3766E" w:rsidRPr="0054289D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Hochtourenkurs</w:t>
            </w:r>
            <w:proofErr w:type="spellEnd"/>
            <w:r w:rsidR="00E3766E" w:rsidRPr="0054289D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(oferowany przez niektóre sekcje SAC)</w:t>
            </w:r>
          </w:p>
        </w:tc>
        <w:tc>
          <w:tcPr>
            <w:tcW w:w="2249" w:type="dxa"/>
          </w:tcPr>
          <w:p w14:paraId="3171A7A3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7038DCC6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3D46F2" w:rsidRPr="00E3766E" w14:paraId="1C8AE243" w14:textId="77777777" w:rsidTr="007011EB">
        <w:tc>
          <w:tcPr>
            <w:tcW w:w="4981" w:type="dxa"/>
          </w:tcPr>
          <w:p w14:paraId="2B5FF6EF" w14:textId="77777777" w:rsidR="003D46F2" w:rsidRDefault="003D46F2" w:rsidP="00A75166">
            <w:pPr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49" w:type="dxa"/>
          </w:tcPr>
          <w:p w14:paraId="1B90ED51" w14:textId="77777777" w:rsidR="003D46F2" w:rsidRPr="00E3766E" w:rsidRDefault="003D46F2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21ED02A3" w14:textId="77777777" w:rsidR="003D46F2" w:rsidRPr="00E3766E" w:rsidRDefault="003D46F2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011EB" w:rsidRPr="00E3766E" w14:paraId="37CF04F1" w14:textId="77777777" w:rsidTr="00A14E56">
        <w:tc>
          <w:tcPr>
            <w:tcW w:w="10773" w:type="dxa"/>
            <w:gridSpan w:val="3"/>
          </w:tcPr>
          <w:p w14:paraId="7EA6161C" w14:textId="77777777" w:rsidR="007011EB" w:rsidRDefault="007011EB" w:rsidP="003D46F2">
            <w:pPr>
              <w:spacing w:after="12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1903714181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8000633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8823B5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8823B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Nie posiadam ukończonego kursu skałkowego lub jego odpowiedników  i ubiegam się o przyjęcie do Klubu jako członek zwyczajny na podstawie dołączonego wykazu przejść (załącznik nr. 3)</w:t>
            </w:r>
          </w:p>
          <w:p w14:paraId="05E18599" w14:textId="77777777" w:rsidR="007011EB" w:rsidRPr="00E3766E" w:rsidRDefault="007011EB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E3766E" w:rsidRPr="00E3766E" w14:paraId="6CD4E8D6" w14:textId="77777777" w:rsidTr="007011EB">
        <w:tc>
          <w:tcPr>
            <w:tcW w:w="4981" w:type="dxa"/>
          </w:tcPr>
          <w:p w14:paraId="519FBA28" w14:textId="77777777" w:rsidR="003D46F2" w:rsidRPr="008823B5" w:rsidRDefault="00000000" w:rsidP="003D46F2">
            <w:pPr>
              <w:spacing w:after="12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tag w:val="goog_rdk_0"/>
                <w:id w:val="661666455"/>
              </w:sdtPr>
              <w:sdtContent>
                <w:sdt>
                  <w:sdtPr>
                    <w:rPr>
                      <w:rFonts w:asciiTheme="majorHAnsi" w:hAnsiTheme="majorHAnsi" w:cstheme="majorHAnsi"/>
                      <w:sz w:val="20"/>
                      <w:szCs w:val="20"/>
                    </w:rPr>
                    <w:id w:val="-2376316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3D46F2">
                      <w:rPr>
                        <w:rFonts w:ascii="MS Gothic" w:eastAsia="MS Gothic" w:hAnsi="MS Gothic" w:cstheme="majorHAnsi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3D46F2" w:rsidRPr="008823B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Inne kursy</w:t>
            </w:r>
          </w:p>
          <w:p w14:paraId="77B57C6D" w14:textId="77777777" w:rsidR="003D46F2" w:rsidRPr="008823B5" w:rsidRDefault="003D46F2" w:rsidP="003D46F2">
            <w:pPr>
              <w:spacing w:after="120"/>
              <w:ind w:left="284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823B5">
              <w:rPr>
                <w:rFonts w:asciiTheme="majorHAnsi" w:eastAsia="Calibri" w:hAnsiTheme="majorHAnsi" w:cstheme="majorHAnsi"/>
                <w:sz w:val="20"/>
                <w:szCs w:val="20"/>
              </w:rPr>
              <w:t>1.</w:t>
            </w:r>
          </w:p>
          <w:p w14:paraId="08735105" w14:textId="77777777" w:rsidR="003D46F2" w:rsidRPr="008823B5" w:rsidRDefault="003D46F2" w:rsidP="003D46F2">
            <w:pPr>
              <w:spacing w:after="120"/>
              <w:ind w:left="284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823B5">
              <w:rPr>
                <w:rFonts w:asciiTheme="majorHAnsi" w:eastAsia="Calibri" w:hAnsiTheme="majorHAnsi" w:cstheme="majorHAnsi"/>
                <w:sz w:val="20"/>
                <w:szCs w:val="20"/>
              </w:rPr>
              <w:t>2.</w:t>
            </w:r>
          </w:p>
          <w:p w14:paraId="4AF7E430" w14:textId="77777777" w:rsidR="003D46F2" w:rsidRDefault="003D46F2" w:rsidP="003D46F2">
            <w:pPr>
              <w:spacing w:after="120"/>
              <w:ind w:left="284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8823B5">
              <w:rPr>
                <w:rFonts w:asciiTheme="majorHAnsi" w:eastAsia="Calibri" w:hAnsiTheme="majorHAnsi" w:cstheme="majorHAnsi"/>
                <w:sz w:val="20"/>
                <w:szCs w:val="20"/>
              </w:rPr>
              <w:t>3.</w:t>
            </w:r>
          </w:p>
          <w:p w14:paraId="352EDC8F" w14:textId="77777777" w:rsidR="00E3766E" w:rsidRPr="00E3766E" w:rsidRDefault="00E3766E" w:rsidP="00A75166">
            <w:pPr>
              <w:contextualSpacing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49" w:type="dxa"/>
          </w:tcPr>
          <w:p w14:paraId="61D01D9C" w14:textId="77777777" w:rsidR="00E3766E" w:rsidRPr="00E3766E" w:rsidRDefault="00E3766E" w:rsidP="00E3766E">
            <w:pPr>
              <w:spacing w:before="20" w:after="80"/>
              <w:rPr>
                <w:rFonts w:asciiTheme="majorHAnsi" w:eastAsia="Quattrocento Sans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543" w:type="dxa"/>
          </w:tcPr>
          <w:p w14:paraId="080CC457" w14:textId="77777777" w:rsidR="00E3766E" w:rsidRPr="00E3766E" w:rsidRDefault="00E3766E" w:rsidP="00E3766E">
            <w:pPr>
              <w:spacing w:after="8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212E609E" w14:textId="3557880A" w:rsidR="008B7D31" w:rsidRDefault="00000000">
      <w:pPr>
        <w:pStyle w:val="Heading1"/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III. Sekcje, do których chc</w:t>
      </w:r>
      <w:r w:rsidR="00A54FC7">
        <w:rPr>
          <w:color w:val="000000"/>
          <w:sz w:val="22"/>
          <w:szCs w:val="22"/>
        </w:rPr>
        <w:t>iałbym</w:t>
      </w:r>
      <w:r>
        <w:rPr>
          <w:color w:val="000000"/>
          <w:sz w:val="22"/>
          <w:szCs w:val="22"/>
        </w:rPr>
        <w:t xml:space="preserve"> dołączyć (opcjonalnie)*</w:t>
      </w:r>
    </w:p>
    <w:p w14:paraId="0B3D4141" w14:textId="7BDE19FE" w:rsidR="008B7D31" w:rsidRDefault="00000000" w:rsidP="0049189D">
      <w:pPr>
        <w:spacing w:after="80" w:line="240" w:lineRule="auto"/>
        <w:rPr>
          <w:rFonts w:ascii="Calibri" w:eastAsia="Calibri" w:hAnsi="Calibri" w:cs="Calibri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tag w:val="goog_rdk_0"/>
          <w:id w:val="526832736"/>
        </w:sdtPr>
        <w:sdtContent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645042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75166">
                <w:rPr>
                  <w:rFonts w:ascii="MS Gothic" w:eastAsia="MS Gothic" w:hAnsi="MS Gothic" w:cstheme="majorHAnsi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A75166">
        <w:rPr>
          <w:rFonts w:ascii="Calibri" w:eastAsia="Calibri" w:hAnsi="Calibri" w:cs="Calibri"/>
        </w:rPr>
        <w:t xml:space="preserve"> Sekcja Alpinizmu (SA)</w:t>
      </w:r>
    </w:p>
    <w:p w14:paraId="47FD0266" w14:textId="765C3761" w:rsidR="008B7D31" w:rsidRDefault="00000000" w:rsidP="0049189D">
      <w:pPr>
        <w:spacing w:after="80" w:line="240" w:lineRule="auto"/>
        <w:rPr>
          <w:rFonts w:ascii="Calibri" w:eastAsia="Calibri" w:hAnsi="Calibri" w:cs="Calibri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tag w:val="goog_rdk_0"/>
          <w:id w:val="1310365629"/>
        </w:sdtPr>
        <w:sdtContent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963875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75166">
                <w:rPr>
                  <w:rFonts w:ascii="MS Gothic" w:eastAsia="MS Gothic" w:hAnsi="MS Gothic" w:cstheme="majorHAnsi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A75166">
        <w:rPr>
          <w:rFonts w:ascii="Calibri" w:eastAsia="Calibri" w:hAnsi="Calibri" w:cs="Calibri"/>
        </w:rPr>
        <w:t xml:space="preserve"> Sekcja Wspinaczki Skalnej (SWS)</w:t>
      </w:r>
    </w:p>
    <w:p w14:paraId="5051EE34" w14:textId="02B96A81" w:rsidR="008B7D31" w:rsidRDefault="00000000" w:rsidP="0049189D">
      <w:pPr>
        <w:spacing w:after="80" w:line="240" w:lineRule="auto"/>
        <w:rPr>
          <w:rFonts w:ascii="Calibri" w:eastAsia="Calibri" w:hAnsi="Calibri" w:cs="Calibri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tag w:val="goog_rdk_0"/>
          <w:id w:val="-1195538966"/>
        </w:sdtPr>
        <w:sdtContent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-1074743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75166">
                <w:rPr>
                  <w:rFonts w:ascii="MS Gothic" w:eastAsia="MS Gothic" w:hAnsi="MS Gothic" w:cstheme="majorHAnsi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A75166">
        <w:rPr>
          <w:rFonts w:ascii="Calibri" w:eastAsia="Calibri" w:hAnsi="Calibri" w:cs="Calibri"/>
        </w:rPr>
        <w:t xml:space="preserve"> Sekcja Turystyki Wysokogórskiej (STW)</w:t>
      </w:r>
    </w:p>
    <w:p w14:paraId="722C10FC" w14:textId="2BF00E26" w:rsidR="008B7D31" w:rsidRDefault="00000000" w:rsidP="0049189D">
      <w:pPr>
        <w:spacing w:after="80" w:line="240" w:lineRule="auto"/>
        <w:rPr>
          <w:rFonts w:ascii="Calibri" w:eastAsia="Calibri" w:hAnsi="Calibri" w:cs="Calibri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tag w:val="goog_rdk_0"/>
          <w:id w:val="-812337172"/>
        </w:sdtPr>
        <w:sdtContent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12565599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75166">
                <w:rPr>
                  <w:rFonts w:ascii="MS Gothic" w:eastAsia="MS Gothic" w:hAnsi="MS Gothic" w:cstheme="majorHAnsi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A75166">
        <w:rPr>
          <w:rFonts w:ascii="Calibri" w:eastAsia="Calibri" w:hAnsi="Calibri" w:cs="Calibri"/>
        </w:rPr>
        <w:t xml:space="preserve"> Sekcja </w:t>
      </w:r>
      <w:proofErr w:type="spellStart"/>
      <w:r w:rsidR="00A75166">
        <w:rPr>
          <w:rFonts w:ascii="Calibri" w:eastAsia="Calibri" w:hAnsi="Calibri" w:cs="Calibri"/>
        </w:rPr>
        <w:t>Skitouringu</w:t>
      </w:r>
      <w:proofErr w:type="spellEnd"/>
      <w:r w:rsidR="00A75166">
        <w:rPr>
          <w:rFonts w:ascii="Calibri" w:eastAsia="Calibri" w:hAnsi="Calibri" w:cs="Calibri"/>
        </w:rPr>
        <w:t xml:space="preserve"> (SST)</w:t>
      </w:r>
    </w:p>
    <w:p w14:paraId="1F949A6C" w14:textId="77777777" w:rsidR="008B7D31" w:rsidRDefault="0000000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*proszę zapoznać się z warunkami przyjęcia do sekcji dostępnymi na stronie internetowej</w:t>
      </w:r>
    </w:p>
    <w:p w14:paraId="22F4D2EA" w14:textId="77777777" w:rsidR="008B7D31" w:rsidRDefault="00000000">
      <w:pPr>
        <w:pStyle w:val="Heading1"/>
        <w:spacing w:after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IV. Oświadczenia i zgody</w:t>
      </w:r>
    </w:p>
    <w:p w14:paraId="744A0065" w14:textId="74EE324B" w:rsidR="008B7D31" w:rsidRPr="005D1BF6" w:rsidRDefault="00000000" w:rsidP="005D1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Podpisując i przesyłając niniejszy formularz oświadczam, że:</w:t>
      </w:r>
    </w:p>
    <w:p w14:paraId="55FE0E4A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Zapoznałem/-</w:t>
      </w:r>
      <w:proofErr w:type="spellStart"/>
      <w:r>
        <w:rPr>
          <w:rFonts w:ascii="Calibri" w:eastAsia="Calibri" w:hAnsi="Calibri" w:cs="Calibri"/>
          <w:color w:val="000000"/>
        </w:rPr>
        <w:t>am</w:t>
      </w:r>
      <w:proofErr w:type="spellEnd"/>
      <w:r>
        <w:rPr>
          <w:rFonts w:ascii="Calibri" w:eastAsia="Calibri" w:hAnsi="Calibri" w:cs="Calibri"/>
          <w:color w:val="000000"/>
        </w:rPr>
        <w:t xml:space="preserve"> się ze Statutem Polskiego Klubu Wysokogórskiego Szwajcaria (dostępny na stronie internetowej Klubu) oraz Regulaminem Działalności Górskiej Klubu (załącznik nr. 1 do niniejszego formularza).</w:t>
      </w:r>
    </w:p>
    <w:p w14:paraId="0E77006E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Akceptuję powyższe dokumenty i zobowiązuję się do ich przestrzegania.</w:t>
      </w:r>
    </w:p>
    <w:p w14:paraId="065843BF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Jestem świadomy/-a ryzyka związanego z działalnością górską, w tym ryzyka wypadku, urazu, a nawet śmierci.</w:t>
      </w:r>
    </w:p>
    <w:p w14:paraId="032BAA51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Uczestniczę w aktywnościach klubowych dobrowolnie oraz na własną odpowiedzialność.</w:t>
      </w:r>
    </w:p>
    <w:p w14:paraId="3D31942E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Przyjmuję do wiadomości, że Klub i jego organy nie ponoszą odpowiedzialności za szkody wynikające z normalnego ryzyka sportów górskich, chyba że doszło do umyślnego działania lub rażącego niedbalstwa.</w:t>
      </w:r>
    </w:p>
    <w:p w14:paraId="320E8FBE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Posiadam odpowiednie indywidualne ubezpieczenie obejmujące wypadki oraz koszty ratownictwa górskiego, w tym z użyciem helikoptera.</w:t>
      </w:r>
    </w:p>
    <w:p w14:paraId="73AD2D22" w14:textId="77777777" w:rsidR="008B7D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Wyrażam zgodę na przetwarzanie moich danych osobowych przez Klub zgodnie z obowiązującym prawem szwajcarskim oraz zgodnie z Polityką Prywatności stanowiącą załącznik do niniejszego formularza (załącznik nr. 2).</w:t>
      </w:r>
    </w:p>
    <w:p w14:paraId="31F944CD" w14:textId="77777777" w:rsidR="00C42333" w:rsidRDefault="00000000" w:rsidP="00034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Wyrażam zgodę na otrzymywanie od Klubu informacji organizacyjnych i statutowych drogą elektroniczną (e-mail, komunikatory) zgodnie z obowiązującymi przepisami prawa szwajcarskiego.</w:t>
      </w:r>
    </w:p>
    <w:p w14:paraId="474E2184" w14:textId="399907F6" w:rsidR="00C42333" w:rsidRDefault="00C42333" w:rsidP="00034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C42333">
        <w:rPr>
          <w:rFonts w:ascii="Calibri" w:eastAsia="Calibri" w:hAnsi="Calibri" w:cs="Calibri"/>
          <w:color w:val="000000"/>
        </w:rPr>
        <w:lastRenderedPageBreak/>
        <w:t>Wyrażam</w:t>
      </w:r>
      <w:r>
        <w:rPr>
          <w:rFonts w:ascii="Calibri" w:eastAsia="Calibri" w:hAnsi="Calibri" w:cs="Calibri"/>
          <w:color w:val="000000"/>
        </w:rPr>
        <w:t xml:space="preserve"> zgodę/nie wyrażam </w:t>
      </w:r>
      <w:r w:rsidRPr="00C42333">
        <w:rPr>
          <w:rFonts w:ascii="Calibri" w:eastAsia="Calibri" w:hAnsi="Calibri" w:cs="Calibri"/>
          <w:color w:val="000000"/>
        </w:rPr>
        <w:t>zgod</w:t>
      </w:r>
      <w:r>
        <w:rPr>
          <w:rFonts w:ascii="Calibri" w:eastAsia="Calibri" w:hAnsi="Calibri" w:cs="Calibri"/>
          <w:color w:val="000000"/>
        </w:rPr>
        <w:t xml:space="preserve">y* </w:t>
      </w:r>
      <w:r w:rsidRPr="00C42333">
        <w:rPr>
          <w:rFonts w:ascii="Calibri" w:eastAsia="Calibri" w:hAnsi="Calibri" w:cs="Calibri"/>
          <w:color w:val="000000"/>
        </w:rPr>
        <w:t>na dodanie mojego numeru telefonu do klubowych grup komunikacyjnych w aplikacji WhatsApp w celu otrzymywania informacji o działalności Klubu</w:t>
      </w:r>
      <w:r w:rsidR="00034B05">
        <w:rPr>
          <w:rFonts w:ascii="Calibri" w:eastAsia="Calibri" w:hAnsi="Calibri" w:cs="Calibri"/>
          <w:color w:val="000000"/>
        </w:rPr>
        <w:t>.</w:t>
      </w:r>
    </w:p>
    <w:p w14:paraId="506A821F" w14:textId="68A7C784" w:rsidR="00034B05" w:rsidRDefault="00034B05" w:rsidP="00034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C42333">
        <w:rPr>
          <w:rFonts w:ascii="Calibri" w:eastAsia="Calibri" w:hAnsi="Calibri" w:cs="Calibri"/>
          <w:color w:val="000000"/>
        </w:rPr>
        <w:t>Wyrażam</w:t>
      </w:r>
      <w:r>
        <w:rPr>
          <w:rFonts w:ascii="Calibri" w:eastAsia="Calibri" w:hAnsi="Calibri" w:cs="Calibri"/>
          <w:color w:val="000000"/>
        </w:rPr>
        <w:t xml:space="preserve"> zgodę/nie wyrażam </w:t>
      </w:r>
      <w:r w:rsidRPr="00C42333">
        <w:rPr>
          <w:rFonts w:ascii="Calibri" w:eastAsia="Calibri" w:hAnsi="Calibri" w:cs="Calibri"/>
          <w:color w:val="000000"/>
        </w:rPr>
        <w:t>zgod</w:t>
      </w:r>
      <w:r>
        <w:rPr>
          <w:rFonts w:ascii="Calibri" w:eastAsia="Calibri" w:hAnsi="Calibri" w:cs="Calibri"/>
          <w:color w:val="000000"/>
        </w:rPr>
        <w:t>y*</w:t>
      </w:r>
      <w:r w:rsidRPr="00034B05">
        <w:rPr>
          <w:rFonts w:ascii="Calibri" w:eastAsia="Calibri" w:hAnsi="Calibri" w:cs="Calibri"/>
          <w:color w:val="000000"/>
        </w:rPr>
        <w:t>, aby zdjęcia z moim wizerunkiem wykonane podczas aktywności klubowych mogły być publikowane na stronie Klubu oraz w jego mediach społecznościowych.</w:t>
      </w:r>
    </w:p>
    <w:p w14:paraId="7A509471" w14:textId="77777777" w:rsidR="00034B05" w:rsidRDefault="00034B05" w:rsidP="00034B0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</w:p>
    <w:p w14:paraId="56B3F07C" w14:textId="324E44C0" w:rsidR="00034B05" w:rsidRPr="00C42333" w:rsidRDefault="00034B05" w:rsidP="00034B0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*niepotrzebne skreślić</w:t>
      </w:r>
    </w:p>
    <w:p w14:paraId="7483D684" w14:textId="77777777" w:rsidR="000305C1" w:rsidRDefault="000305C1" w:rsidP="000305C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7FA3E3BD" w14:textId="77777777" w:rsidR="00C42333" w:rsidRPr="005D1BF6" w:rsidRDefault="00C42333" w:rsidP="000305C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7977AF79" w14:textId="765FFB98" w:rsidR="00625FA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Miejscowość i data: _____________________</w:t>
      </w:r>
      <w:r w:rsidR="000305C1">
        <w:rPr>
          <w:rFonts w:ascii="Calibri" w:eastAsia="Calibri" w:hAnsi="Calibri" w:cs="Calibri"/>
        </w:rPr>
        <w:t>______________ Podpis:________________________________</w:t>
      </w:r>
    </w:p>
    <w:p w14:paraId="69D32D36" w14:textId="4D64D2EE" w:rsidR="00A54FC7" w:rsidRPr="00C42333" w:rsidRDefault="00625FA7" w:rsidP="00C4233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28DFEC69" w14:textId="77777777" w:rsidR="00034B05" w:rsidRDefault="00034B05">
      <w:pPr>
        <w:jc w:val="center"/>
        <w:rPr>
          <w:rFonts w:ascii="Calibri" w:eastAsia="Calibri" w:hAnsi="Calibri" w:cs="Calibri"/>
          <w:b/>
          <w:bCs/>
        </w:rPr>
      </w:pPr>
    </w:p>
    <w:p w14:paraId="7F93B7DA" w14:textId="7FB048A5" w:rsidR="008B7D31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Załącznik nr. 1</w:t>
      </w:r>
    </w:p>
    <w:p w14:paraId="610132FC" w14:textId="77777777" w:rsidR="008B7D31" w:rsidRDefault="00000000">
      <w:pPr>
        <w:spacing w:after="0" w:line="259" w:lineRule="auto"/>
        <w:jc w:val="center"/>
        <w:rPr>
          <w:rFonts w:ascii="Calibri" w:eastAsia="Calibri" w:hAnsi="Calibri" w:cs="Calibri"/>
          <w:b/>
          <w:bCs/>
        </w:rPr>
      </w:pPr>
      <w:bookmarkStart w:id="0" w:name="_heading=h.fzw07dmwl21m" w:colFirst="0" w:colLast="0"/>
      <w:bookmarkEnd w:id="0"/>
      <w:r>
        <w:rPr>
          <w:rFonts w:ascii="Calibri" w:eastAsia="Calibri" w:hAnsi="Calibri" w:cs="Calibri"/>
          <w:b/>
          <w:bCs/>
        </w:rPr>
        <w:t xml:space="preserve">POLSKI KLUB WYSOKOGÓRSKI SZWAJCARIA </w:t>
      </w:r>
    </w:p>
    <w:p w14:paraId="060DD314" w14:textId="77777777" w:rsidR="008B7D31" w:rsidRDefault="00000000">
      <w:pPr>
        <w:spacing w:after="160" w:line="259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REGULAMIN DZIAŁALNOŚCI GÓRSKIEJ</w:t>
      </w:r>
    </w:p>
    <w:p w14:paraId="5B675E76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1. Charakter aktywności</w:t>
      </w:r>
    </w:p>
    <w:p w14:paraId="279FB78D" w14:textId="77777777" w:rsidR="008B7D31" w:rsidRDefault="00000000">
      <w:pPr>
        <w:numPr>
          <w:ilvl w:val="0"/>
          <w:numId w:val="1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Aktywności organizowane przez Klub obejmują alpinizm, wspinaczkę skalną, turystykę wysokogórską, </w:t>
      </w:r>
      <w:proofErr w:type="spellStart"/>
      <w:r>
        <w:rPr>
          <w:rFonts w:ascii="Calibri" w:eastAsia="Calibri" w:hAnsi="Calibri" w:cs="Calibri"/>
        </w:rPr>
        <w:t>skialpinizm</w:t>
      </w:r>
      <w:proofErr w:type="spellEnd"/>
      <w:r>
        <w:rPr>
          <w:rFonts w:ascii="Calibri" w:eastAsia="Calibri" w:hAnsi="Calibri" w:cs="Calibri"/>
        </w:rPr>
        <w:t xml:space="preserve"> oraz pokrewne formy sportów górskich.</w:t>
      </w:r>
    </w:p>
    <w:p w14:paraId="3551582B" w14:textId="77777777" w:rsidR="008B7D31" w:rsidRDefault="00000000">
      <w:pPr>
        <w:numPr>
          <w:ilvl w:val="0"/>
          <w:numId w:val="1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Aktywności mają charakter koleżeński i partnerski, a uczestnicy działają na własną odpowiedzialność.</w:t>
      </w:r>
    </w:p>
    <w:p w14:paraId="0CB02917" w14:textId="3FFA3545" w:rsidR="008B7D31" w:rsidRDefault="00000000">
      <w:pPr>
        <w:numPr>
          <w:ilvl w:val="0"/>
          <w:numId w:val="1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Aktywności klubowe nie stanowią szkolenia ani usługi przewodnickiej, nie tworzą stosunku podporządkowania oraz nie przenoszą odpowiedzialności decyzyjnej na inicjatora </w:t>
      </w:r>
      <w:proofErr w:type="spellStart"/>
      <w:r w:rsidR="00C638DE">
        <w:rPr>
          <w:rFonts w:ascii="Calibri" w:eastAsia="Calibri" w:hAnsi="Calibri" w:cs="Calibri"/>
        </w:rPr>
        <w:t>aktywno</w:t>
      </w:r>
      <w:r w:rsidR="00C638DE">
        <w:rPr>
          <w:rFonts w:ascii="Calibri" w:eastAsia="Calibri" w:hAnsi="Calibri" w:cs="Calibri"/>
          <w:lang w:val="pl-PL"/>
        </w:rPr>
        <w:t>ści</w:t>
      </w:r>
      <w:proofErr w:type="spellEnd"/>
      <w:r>
        <w:rPr>
          <w:rFonts w:ascii="Calibri" w:eastAsia="Calibri" w:hAnsi="Calibri" w:cs="Calibri"/>
        </w:rPr>
        <w:t>.</w:t>
      </w:r>
    </w:p>
    <w:p w14:paraId="5D25050F" w14:textId="34B8124F" w:rsidR="008B7D31" w:rsidRDefault="00000000">
      <w:pPr>
        <w:numPr>
          <w:ilvl w:val="0"/>
          <w:numId w:val="1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Osoba inicjująca </w:t>
      </w:r>
      <w:r w:rsidR="00C638DE">
        <w:rPr>
          <w:rFonts w:ascii="Calibri" w:eastAsia="Calibri" w:hAnsi="Calibri" w:cs="Calibri"/>
        </w:rPr>
        <w:t>aktywność</w:t>
      </w:r>
      <w:r>
        <w:rPr>
          <w:rFonts w:ascii="Calibri" w:eastAsia="Calibri" w:hAnsi="Calibri" w:cs="Calibri"/>
        </w:rPr>
        <w:t xml:space="preserve"> pełni wyłącznie rolę koordynacyjną.</w:t>
      </w:r>
    </w:p>
    <w:p w14:paraId="70400902" w14:textId="77777777" w:rsidR="008B7D31" w:rsidRDefault="00000000">
      <w:pPr>
        <w:numPr>
          <w:ilvl w:val="0"/>
          <w:numId w:val="1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przypadku zgłoszenia przez członków Klubu zainteresowania aktywnościami o charakterze szkoleniowym (takimi jak kursy, doszkalania lub obozy), możliwa jest ich organizacja, przy czym wydarzenia te mogą być prowadzone wyłącznie przez wykwalifikowanych instruktorów lub przewodników zewnętrznych, a Klub pełni w nich rolę jedynie koordynacyjną.  </w:t>
      </w:r>
    </w:p>
    <w:p w14:paraId="63A67587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2. Samodzielność uczestników</w:t>
      </w:r>
    </w:p>
    <w:p w14:paraId="03F7BA27" w14:textId="77777777" w:rsidR="008B7D31" w:rsidRDefault="00000000">
      <w:pPr>
        <w:numPr>
          <w:ilvl w:val="0"/>
          <w:numId w:val="3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Każdy uczestnik samodzielnie ocenia swoje umiejętności, stan zdrowia i kondycję fizyczną, przygotowanie do aktywności, a także odpowiada za swój sprzęt.</w:t>
      </w:r>
    </w:p>
    <w:p w14:paraId="51AD122E" w14:textId="77777777" w:rsidR="008B7D31" w:rsidRDefault="00000000">
      <w:pPr>
        <w:numPr>
          <w:ilvl w:val="0"/>
          <w:numId w:val="3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Decyzje dotyczące udziału w aktywności na podstawie takich informacji jak wybór trasy, szacowane tempo, wymagane techniki wspinaczki i innych działań, podejmuje uczestnik we własnym zakresie, kierując się zarówno informacjami udostępnionymi przez Klub na temat planowanej aktywności, jak i własną oceną.</w:t>
      </w:r>
    </w:p>
    <w:p w14:paraId="779F4866" w14:textId="77777777" w:rsidR="008B7D31" w:rsidRDefault="00000000">
      <w:pPr>
        <w:numPr>
          <w:ilvl w:val="0"/>
          <w:numId w:val="3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Uczestnicy zobowiązani są do wzajemnego informowania się o zagrożeniach oraz do zachowania ostrożności.</w:t>
      </w:r>
    </w:p>
    <w:p w14:paraId="34A95B27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3. Ryzyko i bezpieczeństwo</w:t>
      </w:r>
    </w:p>
    <w:p w14:paraId="601AC8CC" w14:textId="77777777" w:rsidR="008B7D31" w:rsidRDefault="00000000">
      <w:pPr>
        <w:numPr>
          <w:ilvl w:val="0"/>
          <w:numId w:val="4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Klub nie gwarantuje bezpieczeństwa podczas aktywności górskich. Uczestnictwo wiąże się z ryzykiem wypadku, urazu lub innych szkód, których nie da się wykluczyć nawet przy zachowaniu zasad bezpieczeństwa.</w:t>
      </w:r>
    </w:p>
    <w:p w14:paraId="7E962DF2" w14:textId="77777777" w:rsidR="008B7D31" w:rsidRDefault="00000000">
      <w:pPr>
        <w:numPr>
          <w:ilvl w:val="0"/>
          <w:numId w:val="4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Klub nie ponosi odpowiedzialności za szkody wynikające z normalnego ryzyka sportów górskich, chyba że doszło do umyślnego działania lub rażącego niedbalstwa.</w:t>
      </w:r>
    </w:p>
    <w:p w14:paraId="626D9612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4. Obowiązki uczestników</w:t>
      </w:r>
    </w:p>
    <w:p w14:paraId="212325CE" w14:textId="77777777" w:rsidR="008B7D31" w:rsidRDefault="00000000">
      <w:pPr>
        <w:numPr>
          <w:ilvl w:val="0"/>
          <w:numId w:val="5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Przestrzeganie zasad bezpieczeństwa i etyki górskiej.</w:t>
      </w:r>
    </w:p>
    <w:p w14:paraId="5C6E0D93" w14:textId="77777777" w:rsidR="008B7D31" w:rsidRDefault="00000000">
      <w:pPr>
        <w:numPr>
          <w:ilvl w:val="0"/>
          <w:numId w:val="5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Zaprzestanie udziału, jeśli warunki przekraczają możliwości uczestnika.</w:t>
      </w:r>
    </w:p>
    <w:p w14:paraId="2B554DE5" w14:textId="7EE3AC4F" w:rsidR="00A54FC7" w:rsidRDefault="00000000" w:rsidP="00A54FC7">
      <w:pPr>
        <w:numPr>
          <w:ilvl w:val="0"/>
          <w:numId w:val="5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Informowanie innych uczestników o zagrożeniach i utrzymanie właściwej współpracy w grupie.</w:t>
      </w:r>
    </w:p>
    <w:p w14:paraId="60FAD2C5" w14:textId="77777777" w:rsidR="00C42333" w:rsidRPr="00A54FC7" w:rsidRDefault="00C42333" w:rsidP="00A54FC7">
      <w:pPr>
        <w:spacing w:after="80" w:line="259" w:lineRule="auto"/>
        <w:ind w:left="714"/>
        <w:rPr>
          <w:rFonts w:ascii="Calibri" w:eastAsia="Calibri" w:hAnsi="Calibri" w:cs="Calibri"/>
        </w:rPr>
      </w:pPr>
    </w:p>
    <w:p w14:paraId="2D05E1B5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5. Ubezpieczenie</w:t>
      </w:r>
    </w:p>
    <w:p w14:paraId="55B0B7F1" w14:textId="77777777" w:rsidR="008B7D31" w:rsidRDefault="00000000">
      <w:pPr>
        <w:numPr>
          <w:ilvl w:val="0"/>
          <w:numId w:val="6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Każdy uczestnik zobowiązany jest do posiadania indywidualnego ubezpieczenia wypadkowego i kosztów ratownictwa górskiego.</w:t>
      </w:r>
    </w:p>
    <w:p w14:paraId="778D748F" w14:textId="77777777" w:rsidR="008B7D31" w:rsidRDefault="00000000">
      <w:pPr>
        <w:numPr>
          <w:ilvl w:val="0"/>
          <w:numId w:val="6"/>
        </w:numPr>
        <w:spacing w:after="80" w:line="259" w:lineRule="auto"/>
        <w:ind w:left="714" w:hanging="35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Brak indywidualnego ubezpieczenia uczestnika nie powoduje odpowiedzialności Klubu ani jego organów.</w:t>
      </w:r>
    </w:p>
    <w:p w14:paraId="08BD9441" w14:textId="77777777" w:rsidR="008B7D31" w:rsidRDefault="00000000">
      <w:pPr>
        <w:spacing w:before="160" w:after="160" w:line="259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Art. 6. Wyłączenie odpowiedzialności regresowej</w:t>
      </w:r>
    </w:p>
    <w:p w14:paraId="6BED304B" w14:textId="77777777" w:rsidR="008B7D31" w:rsidRDefault="00000000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Uczestnik zgadza się nie dochodzić roszczeń wobec Klubu, jego organów ani członków za szkody wynikające z normalnego ryzyka sportów górskich, z wyjątkiem sytuacji umyślnego działania lub rażącego niedbalstwa.</w:t>
      </w:r>
    </w:p>
    <w:p w14:paraId="4DA1C4B7" w14:textId="77777777" w:rsidR="00C42333" w:rsidRDefault="00C42333" w:rsidP="00C42333">
      <w:pPr>
        <w:spacing w:after="160" w:line="259" w:lineRule="auto"/>
        <w:rPr>
          <w:rFonts w:ascii="Calibri" w:eastAsia="Calibri" w:hAnsi="Calibri" w:cs="Calibri"/>
        </w:rPr>
      </w:pPr>
    </w:p>
    <w:p w14:paraId="2014F051" w14:textId="77777777" w:rsidR="00C42333" w:rsidRDefault="00C42333" w:rsidP="00C42333">
      <w:pPr>
        <w:spacing w:after="160" w:line="259" w:lineRule="auto"/>
        <w:rPr>
          <w:rFonts w:ascii="Calibri" w:eastAsia="Calibri" w:hAnsi="Calibri" w:cs="Calibri"/>
        </w:rPr>
      </w:pPr>
    </w:p>
    <w:p w14:paraId="2806CD81" w14:textId="77777777" w:rsidR="00C42333" w:rsidRDefault="00C42333" w:rsidP="00C4233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Miejscowość i data: ___________________________________ Podpis:________________________________</w:t>
      </w:r>
    </w:p>
    <w:p w14:paraId="0F937BF3" w14:textId="77777777" w:rsidR="00C42333" w:rsidRDefault="00C42333" w:rsidP="00C42333">
      <w:pPr>
        <w:spacing w:after="160" w:line="259" w:lineRule="auto"/>
        <w:rPr>
          <w:rFonts w:ascii="Calibri" w:eastAsia="Calibri" w:hAnsi="Calibri" w:cs="Calibri"/>
        </w:rPr>
      </w:pPr>
    </w:p>
    <w:p w14:paraId="2ECF5155" w14:textId="5D2B88F4" w:rsidR="00A54FC7" w:rsidRPr="00C42333" w:rsidRDefault="00000000" w:rsidP="00C42333">
      <w:pPr>
        <w:rPr>
          <w:rFonts w:ascii="Calibri" w:eastAsia="Calibri" w:hAnsi="Calibri" w:cs="Calibri"/>
        </w:rPr>
      </w:pPr>
      <w:r>
        <w:br w:type="page"/>
      </w:r>
    </w:p>
    <w:p w14:paraId="49DF9D42" w14:textId="77777777" w:rsidR="006E4EDF" w:rsidRDefault="006E4EDF">
      <w:pPr>
        <w:jc w:val="center"/>
        <w:rPr>
          <w:rFonts w:ascii="Calibri" w:eastAsia="Calibri" w:hAnsi="Calibri" w:cs="Calibri"/>
          <w:b/>
          <w:bCs/>
        </w:rPr>
      </w:pPr>
    </w:p>
    <w:p w14:paraId="30D3BE15" w14:textId="045B9E96" w:rsidR="008B7D31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Załącznik nr. 2</w:t>
      </w:r>
    </w:p>
    <w:p w14:paraId="462FEFD0" w14:textId="77777777" w:rsidR="008B7D31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POLITYKA PRYWATNOŚCI I OCHRONY DANYCH OSOBOWYCH</w:t>
      </w:r>
    </w:p>
    <w:p w14:paraId="380FE3A4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1. Administrator danych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Administratorem danych osobowych jest Polski Klub Wysokogórski Szwajcaria (dalej: „Klub”), działający jako stowarzyszenie zgodnie z art. 60 i nast. Szwajcarskiego Kodeksu Cywilnego.</w:t>
      </w:r>
    </w:p>
    <w:p w14:paraId="549CE5B1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2. Zakres przetwarzanych danych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Klub przetwarza wyłącznie dane osobowe niezbędne do realizacji celów statutowych, w szczególności: imię i nazwisko, datę urodzenia, dane kontaktowe, informacje o doświadczeniu i kwalifikacjach górskich oraz przynależności do sekcji.</w:t>
      </w:r>
    </w:p>
    <w:p w14:paraId="22248C59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3. Cel przetwarzania danych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Dane osobowe są przetwarzane w celu:</w:t>
      </w:r>
      <w:r>
        <w:rPr>
          <w:rFonts w:ascii="Calibri" w:eastAsia="Calibri" w:hAnsi="Calibri" w:cs="Calibri"/>
        </w:rPr>
        <w:br/>
        <w:t>• prowadzenia ewidencji członków Klubu,</w:t>
      </w:r>
      <w:r>
        <w:rPr>
          <w:rFonts w:ascii="Calibri" w:eastAsia="Calibri" w:hAnsi="Calibri" w:cs="Calibri"/>
        </w:rPr>
        <w:br/>
        <w:t>• realizacji działalności statutowej i organizacyjnej,</w:t>
      </w:r>
      <w:r>
        <w:rPr>
          <w:rFonts w:ascii="Calibri" w:eastAsia="Calibri" w:hAnsi="Calibri" w:cs="Calibri"/>
        </w:rPr>
        <w:br/>
        <w:t>• komunikacji z członkami,</w:t>
      </w:r>
      <w:r>
        <w:rPr>
          <w:rFonts w:ascii="Calibri" w:eastAsia="Calibri" w:hAnsi="Calibri" w:cs="Calibri"/>
        </w:rPr>
        <w:br/>
        <w:t>• zapewnienia bezpieczeństwa działalności klubowej.</w:t>
      </w:r>
    </w:p>
    <w:p w14:paraId="6F28EC06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4. Podstawa prawna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Podstawą przetwarzania danych jest zgoda osoby, której dane dotyczą, oraz uzasadniony interes Klubu w realizacji jego celów statutowych, zgodnie z Federalną Ustawą o Ochronie Danych (FADP/DSG).</w:t>
      </w:r>
    </w:p>
    <w:p w14:paraId="0FF39D24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5. Udostępnianie danych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Dane osobowe nie są przekazywane osobom trzecim, z wyjątkiem przypadków wynikających z obowiązujących przepisów prawa lub gdy jest to niezbędne do realizacji działalności Klubu (np. ubezpieczenia lub organizacji szkolenia prowadzonego przez osobę trzecią).</w:t>
      </w:r>
    </w:p>
    <w:p w14:paraId="0FE02468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6. Okres przechowywania danych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Dane osobowe są przechowywane przez okres trwania członkostwa w Klubie, a po jego zakończeniu przez czas niezbędny do spełnienia obowiązków prawnych lub archiwalnych.</w:t>
      </w:r>
    </w:p>
    <w:p w14:paraId="24E15158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7. Prawa osoby, której dane dotyczą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Każda osoba ma prawo dostępu do swoich danych, ich sprostowania, usunięcia lub ograniczenia przetwarzania, a także prawo cofnięcia zgody w dowolnym momencie.</w:t>
      </w:r>
    </w:p>
    <w:p w14:paraId="72FA7335" w14:textId="77777777" w:rsidR="008B7D31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8. Kontakt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W sprawach związanych z ochroną danych osobowych można kontaktować się z Klubem za pośrednictwem adresu e-mail wskazanego na stronie internetowej Klubu.</w:t>
      </w:r>
    </w:p>
    <w:p w14:paraId="73CB4977" w14:textId="77777777" w:rsidR="00C42333" w:rsidRDefault="00C42333">
      <w:pPr>
        <w:rPr>
          <w:rFonts w:ascii="Calibri" w:eastAsia="Calibri" w:hAnsi="Calibri" w:cs="Calibri"/>
        </w:rPr>
      </w:pPr>
    </w:p>
    <w:p w14:paraId="4E649958" w14:textId="77777777" w:rsidR="006E4EDF" w:rsidRDefault="006E4EDF">
      <w:pPr>
        <w:rPr>
          <w:rFonts w:ascii="Calibri" w:eastAsia="Calibri" w:hAnsi="Calibri" w:cs="Calibri"/>
        </w:rPr>
      </w:pPr>
    </w:p>
    <w:p w14:paraId="0D22BB15" w14:textId="22A0D2BB" w:rsidR="008B7D31" w:rsidRDefault="00C4233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Miejscowość i data: ___________________________________ Podpis:________________________________</w:t>
      </w:r>
    </w:p>
    <w:p w14:paraId="086FCDCE" w14:textId="67E2A7CD" w:rsidR="008B7D31" w:rsidRDefault="008B7D31">
      <w:pPr>
        <w:rPr>
          <w:rFonts w:ascii="Calibri" w:eastAsia="Calibri" w:hAnsi="Calibri" w:cs="Calibri"/>
        </w:rPr>
        <w:sectPr w:rsidR="008B7D31" w:rsidSect="008823B5">
          <w:footerReference w:type="default" r:id="rId9"/>
          <w:pgSz w:w="12240" w:h="15840"/>
          <w:pgMar w:top="568" w:right="1134" w:bottom="1134" w:left="1134" w:header="720" w:footer="720" w:gutter="0"/>
          <w:pgNumType w:start="1"/>
          <w:cols w:space="708"/>
        </w:sectPr>
      </w:pPr>
    </w:p>
    <w:p w14:paraId="4436FBA7" w14:textId="77777777" w:rsidR="008B7D31" w:rsidRDefault="008B7D31">
      <w:pPr>
        <w:rPr>
          <w:rFonts w:ascii="Calibri" w:eastAsia="Calibri" w:hAnsi="Calibri" w:cs="Calibri"/>
        </w:rPr>
      </w:pPr>
    </w:p>
    <w:p w14:paraId="0C6108C4" w14:textId="77777777" w:rsidR="008B7D31" w:rsidRDefault="00000000" w:rsidP="00C638DE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Załącznik nr. 3</w:t>
      </w:r>
    </w:p>
    <w:p w14:paraId="019A0B8B" w14:textId="6EC79B95" w:rsidR="008B7D31" w:rsidRDefault="00000000" w:rsidP="00C638DE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PRZEJŚĆ</w:t>
      </w:r>
      <w:r w:rsidR="00A54FC7">
        <w:rPr>
          <w:rFonts w:ascii="Calibri" w:eastAsia="Calibri" w:hAnsi="Calibri" w:cs="Calibri"/>
          <w:b/>
          <w:bCs/>
        </w:rPr>
        <w:t xml:space="preserve"> WPINACZKOWYCH I WYSOKOGÓRSKICH</w:t>
      </w:r>
    </w:p>
    <w:p w14:paraId="0DB979CA" w14:textId="1994D07E" w:rsidR="008B7D31" w:rsidRDefault="00000000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Proszę uzupełnić poniższą tabelę, podając najważniejsze przejścia </w:t>
      </w:r>
      <w:r w:rsidR="00A54FC7">
        <w:rPr>
          <w:rFonts w:ascii="Calibri" w:eastAsia="Calibri" w:hAnsi="Calibri" w:cs="Calibri"/>
        </w:rPr>
        <w:t xml:space="preserve">wspinaczkowych oraz </w:t>
      </w:r>
      <w:r>
        <w:rPr>
          <w:rFonts w:ascii="Calibri" w:eastAsia="Calibri" w:hAnsi="Calibri" w:cs="Calibri"/>
        </w:rPr>
        <w:t>wysokogórski</w:t>
      </w:r>
      <w:r w:rsidR="00A54FC7"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</w:rPr>
        <w:t xml:space="preserve"> z ostatnich 3 lat. Wykaz powinien odzwierciedlać samodzielną działalność (bez udziału przewodników lub instruktorów).</w:t>
      </w:r>
    </w:p>
    <w:tbl>
      <w:tblPr>
        <w:tblStyle w:val="a"/>
        <w:tblW w:w="1417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842"/>
        <w:gridCol w:w="2339"/>
        <w:gridCol w:w="2197"/>
        <w:gridCol w:w="1347"/>
        <w:gridCol w:w="1772"/>
        <w:gridCol w:w="1772"/>
        <w:gridCol w:w="1772"/>
      </w:tblGrid>
      <w:tr w:rsidR="008B7D31" w14:paraId="78E56EB2" w14:textId="77777777">
        <w:tc>
          <w:tcPr>
            <w:tcW w:w="1135" w:type="dxa"/>
          </w:tcPr>
          <w:p w14:paraId="1F81E6E5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842" w:type="dxa"/>
          </w:tcPr>
          <w:p w14:paraId="55839A1F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Miejsce / rejon</w:t>
            </w:r>
          </w:p>
        </w:tc>
        <w:tc>
          <w:tcPr>
            <w:tcW w:w="2339" w:type="dxa"/>
          </w:tcPr>
          <w:p w14:paraId="34BC7EED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drogi / szczyt</w:t>
            </w:r>
          </w:p>
        </w:tc>
        <w:tc>
          <w:tcPr>
            <w:tcW w:w="2197" w:type="dxa"/>
          </w:tcPr>
          <w:p w14:paraId="3E5E1C38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Charakter przejścia</w:t>
            </w:r>
          </w:p>
        </w:tc>
        <w:tc>
          <w:tcPr>
            <w:tcW w:w="1347" w:type="dxa"/>
          </w:tcPr>
          <w:p w14:paraId="3B6D6D2E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Trudność</w:t>
            </w:r>
          </w:p>
        </w:tc>
        <w:tc>
          <w:tcPr>
            <w:tcW w:w="1772" w:type="dxa"/>
          </w:tcPr>
          <w:p w14:paraId="70025992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Partnerzy</w:t>
            </w:r>
          </w:p>
        </w:tc>
        <w:tc>
          <w:tcPr>
            <w:tcW w:w="1772" w:type="dxa"/>
          </w:tcPr>
          <w:p w14:paraId="25332A68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Rola w zespole</w:t>
            </w:r>
          </w:p>
        </w:tc>
        <w:tc>
          <w:tcPr>
            <w:tcW w:w="1772" w:type="dxa"/>
          </w:tcPr>
          <w:p w14:paraId="36EE8EB4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8B7D31" w14:paraId="746A2400" w14:textId="77777777">
        <w:tc>
          <w:tcPr>
            <w:tcW w:w="1135" w:type="dxa"/>
          </w:tcPr>
          <w:p w14:paraId="14D4A4A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3CBDED4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D45206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3FF9C8B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6C9518F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EECE1A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099969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F33E1C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625DD3A7" w14:textId="77777777">
        <w:tc>
          <w:tcPr>
            <w:tcW w:w="1135" w:type="dxa"/>
          </w:tcPr>
          <w:p w14:paraId="26F40C7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7B8FCDE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6DA32F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0BE1FBE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7788D1E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6E8C19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A5691E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627DD3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62A17B8A" w14:textId="77777777">
        <w:tc>
          <w:tcPr>
            <w:tcW w:w="1135" w:type="dxa"/>
          </w:tcPr>
          <w:p w14:paraId="448D9D9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07E451C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D20F1B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53E4DCF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0DFD6BB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E18F9C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F32518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86DAD6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4E9A111D" w14:textId="77777777">
        <w:tc>
          <w:tcPr>
            <w:tcW w:w="1135" w:type="dxa"/>
          </w:tcPr>
          <w:p w14:paraId="680D4F6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61ABD5F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183C63B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5FCAF89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08AEA14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E6DE90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99168E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A72BBC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6E2900A5" w14:textId="77777777">
        <w:tc>
          <w:tcPr>
            <w:tcW w:w="1135" w:type="dxa"/>
          </w:tcPr>
          <w:p w14:paraId="078F673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237889F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6251BDC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74E9FDC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4FB921D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0C53320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EB428D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08F8D3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7EBDADE4" w14:textId="77777777">
        <w:tc>
          <w:tcPr>
            <w:tcW w:w="1135" w:type="dxa"/>
          </w:tcPr>
          <w:p w14:paraId="360AA45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514F74B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703EA6B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2E8F9B5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5646599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3E8475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10642C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83D9D0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0F4C5019" w14:textId="77777777">
        <w:tc>
          <w:tcPr>
            <w:tcW w:w="1135" w:type="dxa"/>
          </w:tcPr>
          <w:p w14:paraId="4DC5054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1A69566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623A74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30D5E33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187A1E8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FF101D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BDFAFA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F6275C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19CE0C20" w14:textId="77777777">
        <w:tc>
          <w:tcPr>
            <w:tcW w:w="1135" w:type="dxa"/>
          </w:tcPr>
          <w:p w14:paraId="7DA9808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6AB4DD1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3793772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2F4FEAC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27EF216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BE0191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F308B6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04610A1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1BDC3769" w14:textId="77777777">
        <w:tc>
          <w:tcPr>
            <w:tcW w:w="1135" w:type="dxa"/>
          </w:tcPr>
          <w:p w14:paraId="10B3D85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5E7EEAE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4606785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01433B9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0B52844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7A9388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1EAD39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8C36A9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328B57D6" w14:textId="77777777">
        <w:tc>
          <w:tcPr>
            <w:tcW w:w="1135" w:type="dxa"/>
          </w:tcPr>
          <w:p w14:paraId="6A467ED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2D7D448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39BA553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3C631F7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41BA792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9C5FEF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BD24B7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DA65EB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05D49674" w14:textId="77777777">
        <w:tc>
          <w:tcPr>
            <w:tcW w:w="1135" w:type="dxa"/>
          </w:tcPr>
          <w:p w14:paraId="26B574A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1A49D2B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1D255CF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3D6D640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28A4102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90C824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FEFD7E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F39C20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79C9DCE" w14:textId="77777777" w:rsidR="008B7D31" w:rsidRDefault="0000000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cd.</w:t>
      </w:r>
    </w:p>
    <w:tbl>
      <w:tblPr>
        <w:tblStyle w:val="a0"/>
        <w:tblW w:w="13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717"/>
        <w:gridCol w:w="6717"/>
      </w:tblGrid>
      <w:tr w:rsidR="008B7D31" w14:paraId="2EBFCEE0" w14:textId="77777777">
        <w:tc>
          <w:tcPr>
            <w:tcW w:w="6717" w:type="dxa"/>
          </w:tcPr>
          <w:p w14:paraId="5E5ED47B" w14:textId="77777777" w:rsidR="008B7D3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Legenda</w:t>
            </w:r>
          </w:p>
          <w:p w14:paraId="770A5B0E" w14:textId="77777777" w:rsidR="008B7D31" w:rsidRDefault="008B7D31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717" w:type="dxa"/>
          </w:tcPr>
          <w:p w14:paraId="63542943" w14:textId="77777777" w:rsidR="008B7D31" w:rsidRDefault="008B7D31">
            <w:pPr>
              <w:rPr>
                <w:rFonts w:ascii="Calibri" w:eastAsia="Calibri" w:hAnsi="Calibri" w:cs="Calibri"/>
              </w:rPr>
            </w:pPr>
          </w:p>
        </w:tc>
      </w:tr>
      <w:tr w:rsidR="008B7D31" w14:paraId="6646D97A" w14:textId="77777777">
        <w:tc>
          <w:tcPr>
            <w:tcW w:w="6717" w:type="dxa"/>
          </w:tcPr>
          <w:p w14:paraId="0F70318F" w14:textId="77777777" w:rsidR="008B7D3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u w:val="single"/>
              </w:rPr>
              <w:t>Charakter przejścia:</w:t>
            </w:r>
            <w:r>
              <w:rPr>
                <w:rFonts w:ascii="Calibri" w:eastAsia="Calibri" w:hAnsi="Calibri" w:cs="Calibri"/>
              </w:rPr>
              <w:br/>
              <w:t>– skała: droga jednowyciągowa / wielowyciągowa</w:t>
            </w:r>
            <w:r>
              <w:rPr>
                <w:rFonts w:ascii="Calibri" w:eastAsia="Calibri" w:hAnsi="Calibri" w:cs="Calibri"/>
              </w:rPr>
              <w:br/>
              <w:t>– przejście wysokogórskie / alpinizm</w:t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6717" w:type="dxa"/>
          </w:tcPr>
          <w:p w14:paraId="7958FF4B" w14:textId="27CE1AB6" w:rsidR="008B7D3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u w:val="single"/>
              </w:rPr>
              <w:t>Rola w zespole:</w:t>
            </w:r>
            <w:r>
              <w:rPr>
                <w:rFonts w:ascii="Calibri" w:eastAsia="Calibri" w:hAnsi="Calibri" w:cs="Calibri"/>
              </w:rPr>
              <w:br/>
              <w:t>– prowadzenie</w:t>
            </w:r>
            <w:r>
              <w:rPr>
                <w:rFonts w:ascii="Calibri" w:eastAsia="Calibri" w:hAnsi="Calibri" w:cs="Calibri"/>
              </w:rPr>
              <w:br/>
              <w:t>– przejście na drugiego</w:t>
            </w:r>
            <w:r>
              <w:rPr>
                <w:rFonts w:ascii="Calibri" w:eastAsia="Calibri" w:hAnsi="Calibri" w:cs="Calibri"/>
              </w:rPr>
              <w:br/>
              <w:t>– przejście współdzielone</w:t>
            </w:r>
          </w:p>
        </w:tc>
      </w:tr>
    </w:tbl>
    <w:p w14:paraId="7A52004C" w14:textId="77777777" w:rsidR="00A54FC7" w:rsidRDefault="00A54FC7">
      <w:pPr>
        <w:jc w:val="center"/>
        <w:rPr>
          <w:rFonts w:ascii="Calibri" w:eastAsia="Calibri" w:hAnsi="Calibri" w:cs="Calibri"/>
          <w:b/>
          <w:bCs/>
        </w:rPr>
      </w:pPr>
    </w:p>
    <w:p w14:paraId="471219A0" w14:textId="626FE932" w:rsidR="008B7D31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WYKAZ PRZEJŚĆ cd.</w:t>
      </w:r>
    </w:p>
    <w:tbl>
      <w:tblPr>
        <w:tblStyle w:val="a1"/>
        <w:tblW w:w="1417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842"/>
        <w:gridCol w:w="2339"/>
        <w:gridCol w:w="2197"/>
        <w:gridCol w:w="1347"/>
        <w:gridCol w:w="1772"/>
        <w:gridCol w:w="1772"/>
        <w:gridCol w:w="1772"/>
      </w:tblGrid>
      <w:tr w:rsidR="008B7D31" w14:paraId="1A1AC663" w14:textId="77777777">
        <w:tc>
          <w:tcPr>
            <w:tcW w:w="1135" w:type="dxa"/>
          </w:tcPr>
          <w:p w14:paraId="1C6DF614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842" w:type="dxa"/>
          </w:tcPr>
          <w:p w14:paraId="418626C5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Miejsce / rejon</w:t>
            </w:r>
          </w:p>
        </w:tc>
        <w:tc>
          <w:tcPr>
            <w:tcW w:w="2339" w:type="dxa"/>
          </w:tcPr>
          <w:p w14:paraId="528A34AC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drogi / szczyt</w:t>
            </w:r>
          </w:p>
        </w:tc>
        <w:tc>
          <w:tcPr>
            <w:tcW w:w="2197" w:type="dxa"/>
          </w:tcPr>
          <w:p w14:paraId="1B1393E9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Charakter przejścia</w:t>
            </w:r>
          </w:p>
        </w:tc>
        <w:tc>
          <w:tcPr>
            <w:tcW w:w="1347" w:type="dxa"/>
          </w:tcPr>
          <w:p w14:paraId="591E1AEC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Trudność</w:t>
            </w:r>
          </w:p>
        </w:tc>
        <w:tc>
          <w:tcPr>
            <w:tcW w:w="1772" w:type="dxa"/>
          </w:tcPr>
          <w:p w14:paraId="72FBC24C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Partnerzy</w:t>
            </w:r>
          </w:p>
        </w:tc>
        <w:tc>
          <w:tcPr>
            <w:tcW w:w="1772" w:type="dxa"/>
          </w:tcPr>
          <w:p w14:paraId="3F59D366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Rola w zespole</w:t>
            </w:r>
          </w:p>
        </w:tc>
        <w:tc>
          <w:tcPr>
            <w:tcW w:w="1772" w:type="dxa"/>
          </w:tcPr>
          <w:p w14:paraId="740FB835" w14:textId="77777777" w:rsidR="008B7D31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8B7D31" w14:paraId="141D36E9" w14:textId="77777777">
        <w:tc>
          <w:tcPr>
            <w:tcW w:w="1135" w:type="dxa"/>
          </w:tcPr>
          <w:p w14:paraId="103984A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09A1E4F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22D98E5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0F36FC7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4B8159E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C62842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A749D7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6C9BB2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65A2F8D7" w14:textId="77777777">
        <w:tc>
          <w:tcPr>
            <w:tcW w:w="1135" w:type="dxa"/>
          </w:tcPr>
          <w:p w14:paraId="3FD0528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35FABC4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6F15518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1FE54CD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3AC1686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8CF669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79FEF5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0DADF52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59A357CF" w14:textId="77777777">
        <w:tc>
          <w:tcPr>
            <w:tcW w:w="1135" w:type="dxa"/>
          </w:tcPr>
          <w:p w14:paraId="38312CD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5193158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12AE479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42FE553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3218BAA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9BDB36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D9806E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C4DA44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107D1D22" w14:textId="77777777">
        <w:tc>
          <w:tcPr>
            <w:tcW w:w="1135" w:type="dxa"/>
          </w:tcPr>
          <w:p w14:paraId="6A6C864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60672E3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71652CE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51787ED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16A7181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353C1E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F41D64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BC6B0E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3F008AB1" w14:textId="77777777">
        <w:tc>
          <w:tcPr>
            <w:tcW w:w="1135" w:type="dxa"/>
          </w:tcPr>
          <w:p w14:paraId="2AD3500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07B222F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7F4325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4E3B76C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5A48042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7D4734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C56871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E8853B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7B19E9F7" w14:textId="77777777">
        <w:tc>
          <w:tcPr>
            <w:tcW w:w="1135" w:type="dxa"/>
          </w:tcPr>
          <w:p w14:paraId="12D581C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23E0116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66083DA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6533554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7D5BD53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71091C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1B63D1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751759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5B583C51" w14:textId="77777777">
        <w:tc>
          <w:tcPr>
            <w:tcW w:w="1135" w:type="dxa"/>
          </w:tcPr>
          <w:p w14:paraId="2C31921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04BDF21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05FD3A9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5EBE863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4E2F6BA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0C42D68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B2D4E4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42144C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19E7AA1C" w14:textId="77777777">
        <w:tc>
          <w:tcPr>
            <w:tcW w:w="1135" w:type="dxa"/>
          </w:tcPr>
          <w:p w14:paraId="630EC7D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491569D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5589EB5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2716561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1EF0FF3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E7B41B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995ACF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7E18D67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74F4DF3E" w14:textId="77777777">
        <w:tc>
          <w:tcPr>
            <w:tcW w:w="1135" w:type="dxa"/>
          </w:tcPr>
          <w:p w14:paraId="6775ADC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2899126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1362A73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4AB6E27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651AF37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5FB800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2C6AD42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9588BB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4AF87A5C" w14:textId="77777777">
        <w:tc>
          <w:tcPr>
            <w:tcW w:w="1135" w:type="dxa"/>
          </w:tcPr>
          <w:p w14:paraId="71253FB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3D0A226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48D78C6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10335A3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1D17B17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0FEF2E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FB939E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FEEE5F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29DD3D9B" w14:textId="77777777">
        <w:tc>
          <w:tcPr>
            <w:tcW w:w="1135" w:type="dxa"/>
          </w:tcPr>
          <w:p w14:paraId="397B0885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40029BC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3F1EE36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1F05E20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3FBCB53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458162F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0FBF537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9F2922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0129DBA4" w14:textId="77777777">
        <w:tc>
          <w:tcPr>
            <w:tcW w:w="1135" w:type="dxa"/>
          </w:tcPr>
          <w:p w14:paraId="2791249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0634D6E6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3424F193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08545AD7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272D93B1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A87BFE0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4D8AE4B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67A35CBE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8B7D31" w14:paraId="4CB9208E" w14:textId="77777777">
        <w:tc>
          <w:tcPr>
            <w:tcW w:w="1135" w:type="dxa"/>
          </w:tcPr>
          <w:p w14:paraId="3DDBC44C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33066769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9" w:type="dxa"/>
          </w:tcPr>
          <w:p w14:paraId="17B9F73F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</w:tcPr>
          <w:p w14:paraId="544EE608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</w:tcPr>
          <w:p w14:paraId="71DB98F2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1087662A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3567229D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2" w:type="dxa"/>
          </w:tcPr>
          <w:p w14:paraId="50A7B434" w14:textId="77777777" w:rsidR="008B7D31" w:rsidRDefault="008B7D3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522D67A" w14:textId="77777777" w:rsidR="008B7D31" w:rsidRDefault="008B7D31">
      <w:pPr>
        <w:rPr>
          <w:rFonts w:ascii="Calibri" w:eastAsia="Calibri" w:hAnsi="Calibri" w:cs="Calibri"/>
        </w:rPr>
      </w:pPr>
    </w:p>
    <w:tbl>
      <w:tblPr>
        <w:tblStyle w:val="a2"/>
        <w:tblW w:w="13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717"/>
        <w:gridCol w:w="6717"/>
      </w:tblGrid>
      <w:tr w:rsidR="008B7D31" w14:paraId="0E79E46B" w14:textId="77777777">
        <w:tc>
          <w:tcPr>
            <w:tcW w:w="6717" w:type="dxa"/>
          </w:tcPr>
          <w:p w14:paraId="548AFFEE" w14:textId="77777777" w:rsidR="008B7D3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Legenda</w:t>
            </w:r>
          </w:p>
          <w:p w14:paraId="73891FCE" w14:textId="77777777" w:rsidR="008B7D31" w:rsidRDefault="008B7D31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717" w:type="dxa"/>
          </w:tcPr>
          <w:p w14:paraId="6E961393" w14:textId="77777777" w:rsidR="008B7D31" w:rsidRDefault="008B7D31">
            <w:pPr>
              <w:rPr>
                <w:rFonts w:ascii="Calibri" w:eastAsia="Calibri" w:hAnsi="Calibri" w:cs="Calibri"/>
              </w:rPr>
            </w:pPr>
          </w:p>
        </w:tc>
      </w:tr>
      <w:tr w:rsidR="008B7D31" w14:paraId="7C74CB17" w14:textId="77777777">
        <w:tc>
          <w:tcPr>
            <w:tcW w:w="6717" w:type="dxa"/>
          </w:tcPr>
          <w:p w14:paraId="753C93A4" w14:textId="77777777" w:rsidR="008B7D3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u w:val="single"/>
              </w:rPr>
              <w:t>Charakter przejścia:</w:t>
            </w:r>
            <w:r>
              <w:rPr>
                <w:rFonts w:ascii="Calibri" w:eastAsia="Calibri" w:hAnsi="Calibri" w:cs="Calibri"/>
              </w:rPr>
              <w:br/>
              <w:t>– skała: droga jednowyciągowa / wielowyciągowa</w:t>
            </w:r>
            <w:r>
              <w:rPr>
                <w:rFonts w:ascii="Calibri" w:eastAsia="Calibri" w:hAnsi="Calibri" w:cs="Calibri"/>
              </w:rPr>
              <w:br/>
              <w:t>– przejście wysokogórskie / alpinizm</w:t>
            </w:r>
            <w:r>
              <w:rPr>
                <w:rFonts w:ascii="Calibri" w:eastAsia="Calibri" w:hAnsi="Calibri" w:cs="Calibri"/>
              </w:rPr>
              <w:br/>
            </w:r>
          </w:p>
        </w:tc>
        <w:tc>
          <w:tcPr>
            <w:tcW w:w="6717" w:type="dxa"/>
          </w:tcPr>
          <w:p w14:paraId="2FF8F251" w14:textId="77777777" w:rsidR="008B7D3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u w:val="single"/>
              </w:rPr>
              <w:t>Rola w zespole:</w:t>
            </w:r>
            <w:r>
              <w:rPr>
                <w:rFonts w:ascii="Calibri" w:eastAsia="Calibri" w:hAnsi="Calibri" w:cs="Calibri"/>
              </w:rPr>
              <w:br/>
              <w:t>– prowadzenie</w:t>
            </w:r>
            <w:r>
              <w:rPr>
                <w:rFonts w:ascii="Calibri" w:eastAsia="Calibri" w:hAnsi="Calibri" w:cs="Calibri"/>
              </w:rPr>
              <w:br/>
              <w:t>– przejście na drugiego</w:t>
            </w:r>
            <w:r>
              <w:rPr>
                <w:rFonts w:ascii="Calibri" w:eastAsia="Calibri" w:hAnsi="Calibri" w:cs="Calibri"/>
              </w:rPr>
              <w:br/>
              <w:t>– przejście współdzielone</w:t>
            </w:r>
          </w:p>
        </w:tc>
      </w:tr>
    </w:tbl>
    <w:p w14:paraId="27A01E01" w14:textId="39AF08E0" w:rsidR="00C638DE" w:rsidRDefault="00C638DE">
      <w:pPr>
        <w:rPr>
          <w:rFonts w:ascii="Calibri" w:eastAsia="Calibri" w:hAnsi="Calibri" w:cs="Calibri"/>
        </w:rPr>
      </w:pPr>
    </w:p>
    <w:p w14:paraId="24D72300" w14:textId="77777777" w:rsidR="00A54FC7" w:rsidRDefault="00A54FC7" w:rsidP="00C638DE">
      <w:pPr>
        <w:jc w:val="center"/>
        <w:rPr>
          <w:rFonts w:ascii="Calibri" w:eastAsia="Calibri" w:hAnsi="Calibri" w:cs="Calibri"/>
        </w:rPr>
      </w:pPr>
    </w:p>
    <w:p w14:paraId="5657E29F" w14:textId="36E25B58" w:rsidR="00C638DE" w:rsidRDefault="00C638DE" w:rsidP="00C638DE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Załącznik nr. 4</w:t>
      </w:r>
    </w:p>
    <w:p w14:paraId="049DDB3C" w14:textId="2CE65395" w:rsidR="00C638DE" w:rsidRDefault="00C638DE" w:rsidP="00C638DE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WYKAZ PRZEJŚĆ SKITUROWYCH</w:t>
      </w:r>
    </w:p>
    <w:p w14:paraId="36F04EBC" w14:textId="6BCC888F" w:rsidR="00C638DE" w:rsidRDefault="00C638DE" w:rsidP="00C638DE">
      <w:pPr>
        <w:ind w:left="-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Proszę uzupełnić poniższą tabelę, podając najważniejsze przejścia </w:t>
      </w:r>
      <w:proofErr w:type="spellStart"/>
      <w:r>
        <w:rPr>
          <w:rFonts w:ascii="Calibri" w:eastAsia="Calibri" w:hAnsi="Calibri" w:cs="Calibri"/>
        </w:rPr>
        <w:t>skiturowe</w:t>
      </w:r>
      <w:proofErr w:type="spellEnd"/>
      <w:r>
        <w:rPr>
          <w:rFonts w:ascii="Calibri" w:eastAsia="Calibri" w:hAnsi="Calibri" w:cs="Calibri"/>
        </w:rPr>
        <w:t xml:space="preserve"> i zjazdy z ostatnich 5 lat. Wykaz powinien odzwierciedlać samodzielną działalność (bez udziału przewodników lub instruktorów).</w:t>
      </w:r>
    </w:p>
    <w:tbl>
      <w:tblPr>
        <w:tblStyle w:val="a"/>
        <w:tblW w:w="1417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2268"/>
        <w:gridCol w:w="3260"/>
        <w:gridCol w:w="1134"/>
        <w:gridCol w:w="2551"/>
        <w:gridCol w:w="3828"/>
      </w:tblGrid>
      <w:tr w:rsidR="00C638DE" w14:paraId="3DCE6E9C" w14:textId="77777777" w:rsidTr="00C638DE">
        <w:tc>
          <w:tcPr>
            <w:tcW w:w="1135" w:type="dxa"/>
          </w:tcPr>
          <w:p w14:paraId="3C095624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268" w:type="dxa"/>
          </w:tcPr>
          <w:p w14:paraId="4D3A86BB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Miejsce / rejon</w:t>
            </w:r>
          </w:p>
        </w:tc>
        <w:tc>
          <w:tcPr>
            <w:tcW w:w="3260" w:type="dxa"/>
          </w:tcPr>
          <w:p w14:paraId="594FA41A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drogi / szczyt</w:t>
            </w:r>
          </w:p>
        </w:tc>
        <w:tc>
          <w:tcPr>
            <w:tcW w:w="1134" w:type="dxa"/>
          </w:tcPr>
          <w:p w14:paraId="33A74EC1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Trudność</w:t>
            </w:r>
          </w:p>
        </w:tc>
        <w:tc>
          <w:tcPr>
            <w:tcW w:w="2551" w:type="dxa"/>
          </w:tcPr>
          <w:p w14:paraId="34850CE5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Partnerzy</w:t>
            </w:r>
          </w:p>
        </w:tc>
        <w:tc>
          <w:tcPr>
            <w:tcW w:w="3828" w:type="dxa"/>
          </w:tcPr>
          <w:p w14:paraId="61BD7F6D" w14:textId="77777777" w:rsidR="00C638DE" w:rsidRDefault="00C638DE" w:rsidP="00876DC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C638DE" w14:paraId="56736831" w14:textId="77777777" w:rsidTr="00C638DE">
        <w:tc>
          <w:tcPr>
            <w:tcW w:w="1135" w:type="dxa"/>
          </w:tcPr>
          <w:p w14:paraId="337633B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58AB7DB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4602240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683ACB8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329E4F4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63BCA0D8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3089B00A" w14:textId="77777777" w:rsidTr="00C638DE">
        <w:tc>
          <w:tcPr>
            <w:tcW w:w="1135" w:type="dxa"/>
          </w:tcPr>
          <w:p w14:paraId="247104F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ED7E6B9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5BBB1821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2460224F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710F8B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107D434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1B37A996" w14:textId="77777777" w:rsidTr="00C638DE">
        <w:tc>
          <w:tcPr>
            <w:tcW w:w="1135" w:type="dxa"/>
          </w:tcPr>
          <w:p w14:paraId="2D33410B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2253172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68AD092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03B4547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3817FF1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0247E56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15E0F5A6" w14:textId="77777777" w:rsidTr="00C638DE">
        <w:tc>
          <w:tcPr>
            <w:tcW w:w="1135" w:type="dxa"/>
          </w:tcPr>
          <w:p w14:paraId="41718FD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3CA7623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7C6F227A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394FEBF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4A1D50A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4538249A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6B6BE6F5" w14:textId="77777777" w:rsidTr="00C638DE">
        <w:tc>
          <w:tcPr>
            <w:tcW w:w="1135" w:type="dxa"/>
          </w:tcPr>
          <w:p w14:paraId="723CA2A4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B385668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5B578BC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39284B22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9D73C0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5D8C537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08710CCD" w14:textId="77777777" w:rsidTr="00C638DE">
        <w:tc>
          <w:tcPr>
            <w:tcW w:w="1135" w:type="dxa"/>
          </w:tcPr>
          <w:p w14:paraId="25882B3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73EE60C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1B047C6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558EF4AB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684D1651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61FB802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4ABD3EE9" w14:textId="77777777" w:rsidTr="00C638DE">
        <w:tc>
          <w:tcPr>
            <w:tcW w:w="1135" w:type="dxa"/>
          </w:tcPr>
          <w:p w14:paraId="7404CEC4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777D1B2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158895C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4E04296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10B6078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3A22239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3B932F20" w14:textId="77777777" w:rsidTr="00C638DE">
        <w:tc>
          <w:tcPr>
            <w:tcW w:w="1135" w:type="dxa"/>
          </w:tcPr>
          <w:p w14:paraId="59235AAB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3C5A2CC9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6A74EC9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5E51B9A2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04B6D99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7D0B74F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10FD4FD1" w14:textId="77777777" w:rsidTr="00C638DE">
        <w:tc>
          <w:tcPr>
            <w:tcW w:w="1135" w:type="dxa"/>
          </w:tcPr>
          <w:p w14:paraId="1883C129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195EFE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402138A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16575FA8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30FD7052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5045633F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36B605E0" w14:textId="77777777" w:rsidTr="00C638DE">
        <w:tc>
          <w:tcPr>
            <w:tcW w:w="1135" w:type="dxa"/>
          </w:tcPr>
          <w:p w14:paraId="60EBB5E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4DAF3D5B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56D1BA5A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259B889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AD4B072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10A8CC6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25AA34E9" w14:textId="77777777" w:rsidTr="00C638DE">
        <w:tc>
          <w:tcPr>
            <w:tcW w:w="1135" w:type="dxa"/>
          </w:tcPr>
          <w:p w14:paraId="519131C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4A2E73B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7319C23D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3E3D960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BB215D0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59FBA30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42B60973" w14:textId="77777777" w:rsidTr="00C638DE">
        <w:tc>
          <w:tcPr>
            <w:tcW w:w="1135" w:type="dxa"/>
          </w:tcPr>
          <w:p w14:paraId="1F8D97CA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604F41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571478F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47722D98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24BF61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372C89FA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37FC2FF7" w14:textId="77777777" w:rsidTr="00C638DE">
        <w:tc>
          <w:tcPr>
            <w:tcW w:w="1135" w:type="dxa"/>
          </w:tcPr>
          <w:p w14:paraId="5C955226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677D5FAF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4FCC9B48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776E09C5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5379CAFE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026D5901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C638DE" w14:paraId="5721BC2A" w14:textId="77777777" w:rsidTr="00C638DE">
        <w:tc>
          <w:tcPr>
            <w:tcW w:w="1135" w:type="dxa"/>
          </w:tcPr>
          <w:p w14:paraId="60C8DDD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4F35A0C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</w:tcPr>
          <w:p w14:paraId="56D24923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14:paraId="5C4CA831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</w:tcPr>
          <w:p w14:paraId="03DD4FE6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</w:tcPr>
          <w:p w14:paraId="5C4ED3D7" w14:textId="77777777" w:rsidR="00C638DE" w:rsidRDefault="00C638DE" w:rsidP="00876DC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AE260F9" w14:textId="77777777" w:rsidR="008B7D31" w:rsidRDefault="008B7D31">
      <w:pPr>
        <w:rPr>
          <w:rFonts w:ascii="Calibri" w:eastAsia="Calibri" w:hAnsi="Calibri" w:cs="Calibri"/>
        </w:rPr>
      </w:pPr>
    </w:p>
    <w:sectPr w:rsidR="008B7D31">
      <w:pgSz w:w="15840" w:h="12240" w:orient="landscape"/>
      <w:pgMar w:top="426" w:right="956" w:bottom="567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1BFD" w14:textId="77777777" w:rsidR="00634B5E" w:rsidRDefault="00634B5E">
      <w:pPr>
        <w:spacing w:after="0" w:line="240" w:lineRule="auto"/>
      </w:pPr>
      <w:r>
        <w:separator/>
      </w:r>
    </w:p>
  </w:endnote>
  <w:endnote w:type="continuationSeparator" w:id="0">
    <w:p w14:paraId="589D0B02" w14:textId="77777777" w:rsidR="00634B5E" w:rsidRDefault="0063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C336E6D-33EA-4EC8-8628-CFC9CCD1194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3A279B65-CD47-48C8-9FE5-CBD42500D445}"/>
    <w:embedBold r:id="rId3" w:fontKey="{99C7DACA-6CBF-44E4-A17D-7E410145D8BD}"/>
    <w:embedItalic r:id="rId4" w:fontKey="{84C33C93-24C6-4B06-A1FB-86408A0515AC}"/>
    <w:embedBoldItalic r:id="rId5" w:fontKey="{CFA41CF9-C520-4CD9-AA7F-AEDD1C2BDC3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223817C8-C63C-458B-B793-38862B10CB35}"/>
    <w:embedBold r:id="rId7" w:fontKey="{8B2A9FB1-C2D4-44C1-968C-081914AD5918}"/>
    <w:embedItalic r:id="rId8" w:fontKey="{6D862296-6D12-4741-A06F-B28DB7DB4F6B}"/>
    <w:embedBoldItalic r:id="rId9" w:fontKey="{F78624AC-96BA-42B9-A84F-B7B535D14A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7681A2AF-AE53-4DAF-BB90-B23FB1D81C05}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4023" w14:textId="77777777" w:rsidR="008B7D31" w:rsidRPr="000305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  <w:r w:rsidRPr="000305C1">
      <w:rPr>
        <w:color w:val="000000"/>
        <w:sz w:val="18"/>
        <w:szCs w:val="18"/>
      </w:rPr>
      <w:t>Formularz Członkowski</w:t>
    </w:r>
  </w:p>
  <w:p w14:paraId="3AB4332A" w14:textId="690B0C45" w:rsidR="008B7D31" w:rsidRPr="000305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8"/>
        <w:szCs w:val="18"/>
      </w:rPr>
    </w:pPr>
    <w:r w:rsidRPr="000305C1">
      <w:rPr>
        <w:color w:val="000000"/>
        <w:sz w:val="18"/>
        <w:szCs w:val="18"/>
      </w:rPr>
      <w:t xml:space="preserve">Wersja </w:t>
    </w:r>
    <w:r w:rsidR="003D46F2">
      <w:rPr>
        <w:color w:val="000000"/>
        <w:sz w:val="18"/>
        <w:szCs w:val="18"/>
      </w:rPr>
      <w:t>3.</w:t>
    </w:r>
    <w:r w:rsidRPr="000305C1">
      <w:rPr>
        <w:color w:val="000000"/>
        <w:sz w:val="18"/>
        <w:szCs w:val="18"/>
      </w:rPr>
      <w:t>0 | 0</w:t>
    </w:r>
    <w:r w:rsidR="003D46F2">
      <w:rPr>
        <w:color w:val="000000"/>
        <w:sz w:val="18"/>
        <w:szCs w:val="18"/>
      </w:rPr>
      <w:t>9</w:t>
    </w:r>
    <w:r w:rsidRPr="000305C1">
      <w:rPr>
        <w:color w:val="000000"/>
        <w:sz w:val="18"/>
        <w:szCs w:val="18"/>
      </w:rPr>
      <w:t>.0</w:t>
    </w:r>
    <w:r w:rsidR="003D46F2">
      <w:rPr>
        <w:color w:val="000000"/>
        <w:sz w:val="18"/>
        <w:szCs w:val="18"/>
      </w:rPr>
      <w:t>7</w:t>
    </w:r>
    <w:r w:rsidRPr="000305C1">
      <w:rPr>
        <w:color w:val="000000"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3846" w14:textId="77777777" w:rsidR="00634B5E" w:rsidRDefault="00634B5E">
      <w:pPr>
        <w:spacing w:after="0" w:line="240" w:lineRule="auto"/>
      </w:pPr>
      <w:r>
        <w:separator/>
      </w:r>
    </w:p>
  </w:footnote>
  <w:footnote w:type="continuationSeparator" w:id="0">
    <w:p w14:paraId="5EE89B7F" w14:textId="77777777" w:rsidR="00634B5E" w:rsidRDefault="0063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135"/>
    <w:multiLevelType w:val="multilevel"/>
    <w:tmpl w:val="13341656"/>
    <w:lvl w:ilvl="0">
      <w:start w:val="1"/>
      <w:numFmt w:val="decimal"/>
      <w:pStyle w:val="ListBullet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B4C"/>
    <w:multiLevelType w:val="multilevel"/>
    <w:tmpl w:val="54E423F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12212B24"/>
    <w:multiLevelType w:val="multilevel"/>
    <w:tmpl w:val="73E8090A"/>
    <w:lvl w:ilvl="0">
      <w:start w:val="1"/>
      <w:numFmt w:val="decimal"/>
      <w:pStyle w:val="ListNumber2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1515389"/>
    <w:multiLevelType w:val="multilevel"/>
    <w:tmpl w:val="E00A7D32"/>
    <w:lvl w:ilvl="0">
      <w:start w:val="1"/>
      <w:numFmt w:val="decimal"/>
      <w:pStyle w:val="ListBullet"/>
      <w:lvlText w:val="%1.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 w15:restartNumberingAfterBreak="0">
    <w:nsid w:val="227F1F3B"/>
    <w:multiLevelType w:val="multilevel"/>
    <w:tmpl w:val="A0C8A360"/>
    <w:lvl w:ilvl="0">
      <w:start w:val="1"/>
      <w:numFmt w:val="decimal"/>
      <w:pStyle w:val="ListNumber3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B4455E5"/>
    <w:multiLevelType w:val="multilevel"/>
    <w:tmpl w:val="D5FE288A"/>
    <w:lvl w:ilvl="0">
      <w:start w:val="1"/>
      <w:numFmt w:val="decimal"/>
      <w:pStyle w:val="ListBullet3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 w15:restartNumberingAfterBreak="0">
    <w:nsid w:val="75686E72"/>
    <w:multiLevelType w:val="multilevel"/>
    <w:tmpl w:val="AC7A560C"/>
    <w:lvl w:ilvl="0">
      <w:start w:val="1"/>
      <w:numFmt w:val="decimal"/>
      <w:pStyle w:val="ListNumber"/>
      <w:lvlText w:val="%1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 w15:restartNumberingAfterBreak="0">
    <w:nsid w:val="75CF515E"/>
    <w:multiLevelType w:val="multilevel"/>
    <w:tmpl w:val="ADDA36F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24505012">
    <w:abstractNumId w:val="3"/>
  </w:num>
  <w:num w:numId="2" w16cid:durableId="197592535">
    <w:abstractNumId w:val="0"/>
  </w:num>
  <w:num w:numId="3" w16cid:durableId="1764839834">
    <w:abstractNumId w:val="5"/>
  </w:num>
  <w:num w:numId="4" w16cid:durableId="1287617111">
    <w:abstractNumId w:val="1"/>
  </w:num>
  <w:num w:numId="5" w16cid:durableId="1552886200">
    <w:abstractNumId w:val="6"/>
  </w:num>
  <w:num w:numId="6" w16cid:durableId="1240165822">
    <w:abstractNumId w:val="2"/>
  </w:num>
  <w:num w:numId="7" w16cid:durableId="560216641">
    <w:abstractNumId w:val="4"/>
  </w:num>
  <w:num w:numId="8" w16cid:durableId="380060761">
    <w:abstractNumId w:val="7"/>
  </w:num>
  <w:num w:numId="9" w16cid:durableId="458304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D31"/>
    <w:rsid w:val="000305C1"/>
    <w:rsid w:val="00034B05"/>
    <w:rsid w:val="000D7639"/>
    <w:rsid w:val="00380D06"/>
    <w:rsid w:val="003D46F2"/>
    <w:rsid w:val="0049189D"/>
    <w:rsid w:val="0054289D"/>
    <w:rsid w:val="005B7F2F"/>
    <w:rsid w:val="005D1BF6"/>
    <w:rsid w:val="00625FA7"/>
    <w:rsid w:val="00634B5E"/>
    <w:rsid w:val="006E4EDF"/>
    <w:rsid w:val="007011EB"/>
    <w:rsid w:val="007249D9"/>
    <w:rsid w:val="00874A1A"/>
    <w:rsid w:val="008823B5"/>
    <w:rsid w:val="008B7D31"/>
    <w:rsid w:val="00986069"/>
    <w:rsid w:val="00A54FC7"/>
    <w:rsid w:val="00A7068E"/>
    <w:rsid w:val="00A75166"/>
    <w:rsid w:val="00A8252D"/>
    <w:rsid w:val="00B57B16"/>
    <w:rsid w:val="00B85DDF"/>
    <w:rsid w:val="00BF46E4"/>
    <w:rsid w:val="00C01276"/>
    <w:rsid w:val="00C42333"/>
    <w:rsid w:val="00C638DE"/>
    <w:rsid w:val="00E026F8"/>
    <w:rsid w:val="00E3766E"/>
    <w:rsid w:val="00F1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EF93"/>
  <w15:docId w15:val="{1064A946-870B-497F-B382-5947D951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JuKY4Snfp9aBF3Owj2Pc3UGBB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zIOaC5mencwN2Rtd2wyMW04AGojChNzdWdnZXN0Lm81Y2lxeW1nMGRrEgxQaW90ciBPamN6eWtyITFYXzN3ZEFqQmJ5eDc4S1ZUeVluandHVFZUSENmcFRjdQ==</go:docsCustomData>
</go:gDocsCustomXmlDataStorage>
</file>

<file path=customXml/itemProps1.xml><?xml version="1.0" encoding="utf-8"?>
<ds:datastoreItem xmlns:ds="http://schemas.openxmlformats.org/officeDocument/2006/customXml" ds:itemID="{D239CC8E-74B2-43ED-B8E0-8234153AC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1437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Karolina Pietrzak</cp:lastModifiedBy>
  <cp:revision>2</cp:revision>
  <cp:lastPrinted>2026-07-16T20:55:00Z</cp:lastPrinted>
  <dcterms:created xsi:type="dcterms:W3CDTF">2026-07-16T20:55:00Z</dcterms:created>
  <dcterms:modified xsi:type="dcterms:W3CDTF">2026-07-16T20:55:00Z</dcterms:modified>
</cp:coreProperties>
</file>